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417101" w14:textId="77777777" w:rsidR="00C32908" w:rsidRPr="00C32908" w:rsidRDefault="00C32908" w:rsidP="00C3290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it-IT" w:eastAsia="it-IT"/>
        </w:rPr>
      </w:pPr>
      <w:r w:rsidRPr="00C32908">
        <w:rPr>
          <w:rFonts w:ascii="Times New Roman" w:eastAsia="Times New Roman" w:hAnsi="Times New Roman" w:cs="Times New Roman"/>
          <w:b/>
          <w:bCs/>
          <w:sz w:val="27"/>
          <w:szCs w:val="27"/>
          <w:lang w:val="it-IT" w:eastAsia="it-IT"/>
        </w:rPr>
        <w:t>ALLEGATO 2</w:t>
      </w:r>
    </w:p>
    <w:p w14:paraId="7398FED0" w14:textId="77777777" w:rsidR="00C32908" w:rsidRPr="00C32908" w:rsidRDefault="00C32908" w:rsidP="00C329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C32908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Tabella di valutazione riferita alla candidatura all’Avviso per la selezione di personale interno/esterno</w:t>
      </w:r>
    </w:p>
    <w:p w14:paraId="4F746E64" w14:textId="77777777" w:rsidR="00C32908" w:rsidRPr="00C32908" w:rsidRDefault="00C32908" w:rsidP="00C329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C32908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Progetto: ESO4.5.A2.B-FSEPN-CL-2026-148 (Formazione docenti)</w:t>
      </w:r>
    </w:p>
    <w:p w14:paraId="40BBE3D8" w14:textId="49684CA8" w:rsidR="00C32908" w:rsidRPr="00C32908" w:rsidRDefault="00C32908" w:rsidP="00C329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C32908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Il/La </w:t>
      </w:r>
      <w:proofErr w:type="spellStart"/>
      <w:r w:rsidRPr="00C32908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sottoscritt</w:t>
      </w:r>
      <w:proofErr w:type="spellEnd"/>
      <w:r w:rsidRPr="00C32908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_ ___________________ nato/a </w:t>
      </w:r>
      <w:proofErr w:type="spellStart"/>
      <w:r w:rsidRPr="00C32908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a</w:t>
      </w:r>
      <w:proofErr w:type="spellEnd"/>
      <w:r w:rsidRPr="00C32908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______________________ il _____________</w:t>
      </w:r>
    </w:p>
    <w:p w14:paraId="0320B66E" w14:textId="77777777" w:rsidR="00C32908" w:rsidRPr="00C32908" w:rsidRDefault="00C32908" w:rsidP="00C329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C32908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DICHIARA</w:t>
      </w:r>
      <w:r w:rsidRPr="00C32908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sotto la propria responsabilità, consapevole delle sanzioni penali nel caso di dichiarazioni mendaci, di formazione o uso di atti falsi, richiamate dall’art. 76 del DPR 445 del 28 dicembre 2000, di essere in possesso dei seguenti titoli valutabili dichiarati espressamente nel curriculum vitae: </w:t>
      </w:r>
    </w:p>
    <w:tbl>
      <w:tblPr>
        <w:tblW w:w="0" w:type="auto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81"/>
        <w:gridCol w:w="1019"/>
        <w:gridCol w:w="863"/>
        <w:gridCol w:w="1399"/>
        <w:gridCol w:w="1290"/>
      </w:tblGrid>
      <w:tr w:rsidR="009E3DF7" w:rsidRPr="00C32908" w14:paraId="31B6D3E2" w14:textId="77777777" w:rsidTr="00D22C24">
        <w:trPr>
          <w:cantSplit/>
          <w:trHeight w:val="736"/>
          <w:tblCellSpacing w:w="15" w:type="dxa"/>
        </w:trPr>
        <w:tc>
          <w:tcPr>
            <w:tcW w:w="4736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9034F16" w14:textId="77777777" w:rsidR="00C32908" w:rsidRPr="009E3DF7" w:rsidRDefault="00C32908" w:rsidP="00D22C24">
            <w:pPr>
              <w:pStyle w:val="Nessunaspaziatura"/>
              <w:jc w:val="center"/>
              <w:rPr>
                <w:lang w:val="it-IT" w:eastAsia="it-IT"/>
              </w:rPr>
            </w:pPr>
            <w:r w:rsidRPr="009E3DF7">
              <w:rPr>
                <w:lang w:val="it-IT" w:eastAsia="it-IT"/>
              </w:rPr>
              <w:t>TITOLO</w:t>
            </w:r>
          </w:p>
        </w:tc>
        <w:tc>
          <w:tcPr>
            <w:tcW w:w="981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EFDD085" w14:textId="77777777" w:rsidR="00C32908" w:rsidRPr="009E3DF7" w:rsidRDefault="00C32908" w:rsidP="00D22C24">
            <w:pPr>
              <w:pStyle w:val="Nessunaspaziatura"/>
              <w:jc w:val="center"/>
              <w:rPr>
                <w:lang w:val="it-IT" w:eastAsia="it-IT"/>
              </w:rPr>
            </w:pPr>
            <w:r w:rsidRPr="009E3DF7">
              <w:rPr>
                <w:lang w:val="it-IT" w:eastAsia="it-IT"/>
              </w:rPr>
              <w:t>PUNTI</w:t>
            </w:r>
          </w:p>
        </w:tc>
        <w:tc>
          <w:tcPr>
            <w:tcW w:w="83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A353A68" w14:textId="77777777" w:rsidR="00C32908" w:rsidRPr="009E3DF7" w:rsidRDefault="00C32908" w:rsidP="00D22C24">
            <w:pPr>
              <w:pStyle w:val="Nessunaspaziatura"/>
              <w:jc w:val="center"/>
              <w:rPr>
                <w:lang w:val="it-IT" w:eastAsia="it-IT"/>
              </w:rPr>
            </w:pPr>
            <w:r w:rsidRPr="009E3DF7">
              <w:rPr>
                <w:lang w:val="it-IT" w:eastAsia="it-IT"/>
              </w:rPr>
              <w:t>MAX</w:t>
            </w:r>
          </w:p>
        </w:tc>
        <w:tc>
          <w:tcPr>
            <w:tcW w:w="1369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0E9B8C" w14:textId="77777777" w:rsidR="00C32908" w:rsidRPr="009E3DF7" w:rsidRDefault="00C32908" w:rsidP="00D22C24">
            <w:pPr>
              <w:pStyle w:val="Nessunaspaziatura"/>
              <w:jc w:val="center"/>
              <w:rPr>
                <w:lang w:val="it-IT" w:eastAsia="it-IT"/>
              </w:rPr>
            </w:pPr>
            <w:r w:rsidRPr="009E3DF7">
              <w:rPr>
                <w:lang w:val="it-IT" w:eastAsia="it-IT"/>
              </w:rPr>
              <w:t>Spazio riservato al candidato</w:t>
            </w:r>
          </w:p>
        </w:tc>
        <w:tc>
          <w:tcPr>
            <w:tcW w:w="1245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67215B1" w14:textId="77777777" w:rsidR="00C32908" w:rsidRPr="009E3DF7" w:rsidRDefault="00C32908" w:rsidP="00D22C24">
            <w:pPr>
              <w:pStyle w:val="Nessunaspaziatura"/>
              <w:jc w:val="center"/>
              <w:rPr>
                <w:lang w:val="it-IT" w:eastAsia="it-IT"/>
              </w:rPr>
            </w:pPr>
            <w:r w:rsidRPr="009E3DF7">
              <w:rPr>
                <w:lang w:val="it-IT" w:eastAsia="it-IT"/>
              </w:rPr>
              <w:t>Spazio riservato alla scuola</w:t>
            </w:r>
          </w:p>
        </w:tc>
      </w:tr>
      <w:tr w:rsidR="009E3DF7" w:rsidRPr="00C32908" w14:paraId="1A5E0779" w14:textId="77777777" w:rsidTr="009E3DF7">
        <w:trPr>
          <w:cantSplit/>
          <w:trHeight w:val="1195"/>
          <w:tblCellSpacing w:w="15" w:type="dxa"/>
        </w:trPr>
        <w:tc>
          <w:tcPr>
            <w:tcW w:w="4736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DEB61DD" w14:textId="77777777" w:rsidR="00C32908" w:rsidRPr="009E3DF7" w:rsidRDefault="00C32908" w:rsidP="009E3DF7">
            <w:pPr>
              <w:pStyle w:val="Nessunaspaziatura"/>
              <w:rPr>
                <w:lang w:val="it-IT" w:eastAsia="it-IT"/>
              </w:rPr>
            </w:pPr>
            <w:r w:rsidRPr="009E3DF7">
              <w:rPr>
                <w:lang w:val="it-IT" w:eastAsia="it-IT"/>
              </w:rPr>
              <w:t>Diploma di Laurea Magistrale / Specialistica / Vecchio Ordinamento o titolo equipollent</w:t>
            </w:r>
            <w:bookmarkStart w:id="0" w:name="_GoBack"/>
            <w:bookmarkEnd w:id="0"/>
            <w:r w:rsidRPr="009E3DF7">
              <w:rPr>
                <w:lang w:val="it-IT" w:eastAsia="it-IT"/>
              </w:rPr>
              <w:t>e attinente alla tipologia di modulo richiesto</w:t>
            </w:r>
          </w:p>
        </w:tc>
        <w:tc>
          <w:tcPr>
            <w:tcW w:w="981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A16302D" w14:textId="77777777" w:rsidR="00C32908" w:rsidRPr="009E3DF7" w:rsidRDefault="00C32908" w:rsidP="009E3DF7">
            <w:pPr>
              <w:pStyle w:val="Nessunaspaziatura"/>
              <w:rPr>
                <w:lang w:val="it-IT" w:eastAsia="it-IT"/>
              </w:rPr>
            </w:pPr>
            <w:r w:rsidRPr="009E3DF7">
              <w:rPr>
                <w:lang w:val="it-IT" w:eastAsia="it-IT"/>
              </w:rPr>
              <w:t>5</w:t>
            </w:r>
          </w:p>
        </w:tc>
        <w:tc>
          <w:tcPr>
            <w:tcW w:w="83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04326D6" w14:textId="77777777" w:rsidR="00C32908" w:rsidRPr="009E3DF7" w:rsidRDefault="00C32908" w:rsidP="009E3DF7">
            <w:pPr>
              <w:pStyle w:val="Nessunaspaziatura"/>
              <w:rPr>
                <w:lang w:val="it-IT" w:eastAsia="it-IT"/>
              </w:rPr>
            </w:pPr>
            <w:r w:rsidRPr="009E3DF7">
              <w:rPr>
                <w:lang w:val="it-IT" w:eastAsia="it-IT"/>
              </w:rPr>
              <w:t>5</w:t>
            </w:r>
          </w:p>
        </w:tc>
        <w:tc>
          <w:tcPr>
            <w:tcW w:w="1369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B359637" w14:textId="77777777" w:rsidR="00C32908" w:rsidRPr="009E3DF7" w:rsidRDefault="00C32908" w:rsidP="009E3DF7">
            <w:pPr>
              <w:pStyle w:val="Nessunaspaziatura"/>
              <w:rPr>
                <w:lang w:val="it-IT" w:eastAsia="it-IT"/>
              </w:rPr>
            </w:pPr>
          </w:p>
        </w:tc>
        <w:tc>
          <w:tcPr>
            <w:tcW w:w="1245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1D097D7" w14:textId="77777777" w:rsidR="00C32908" w:rsidRPr="009E3DF7" w:rsidRDefault="00C32908" w:rsidP="009E3DF7">
            <w:pPr>
              <w:pStyle w:val="Nessunaspaziatura"/>
              <w:rPr>
                <w:lang w:val="it-IT" w:eastAsia="it-IT"/>
              </w:rPr>
            </w:pPr>
          </w:p>
        </w:tc>
      </w:tr>
      <w:tr w:rsidR="009E3DF7" w:rsidRPr="00C32908" w14:paraId="33F2626E" w14:textId="77777777" w:rsidTr="009E3DF7">
        <w:trPr>
          <w:cantSplit/>
          <w:trHeight w:val="20"/>
          <w:tblCellSpacing w:w="15" w:type="dxa"/>
        </w:trPr>
        <w:tc>
          <w:tcPr>
            <w:tcW w:w="4736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45163CE" w14:textId="77777777" w:rsidR="00C32908" w:rsidRPr="009E3DF7" w:rsidRDefault="00C32908" w:rsidP="009E3DF7">
            <w:pPr>
              <w:pStyle w:val="Nessunaspaziatura"/>
              <w:rPr>
                <w:lang w:val="it-IT" w:eastAsia="it-IT"/>
              </w:rPr>
            </w:pPr>
            <w:r w:rsidRPr="009E3DF7">
              <w:rPr>
                <w:lang w:val="it-IT" w:eastAsia="it-IT"/>
              </w:rPr>
              <w:t>Diploma di Laurea triennale attinente</w:t>
            </w:r>
          </w:p>
        </w:tc>
        <w:tc>
          <w:tcPr>
            <w:tcW w:w="981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16EAE2D" w14:textId="77777777" w:rsidR="00C32908" w:rsidRPr="009E3DF7" w:rsidRDefault="00C32908" w:rsidP="009E3DF7">
            <w:pPr>
              <w:pStyle w:val="Nessunaspaziatura"/>
              <w:rPr>
                <w:lang w:val="it-IT" w:eastAsia="it-IT"/>
              </w:rPr>
            </w:pPr>
            <w:r w:rsidRPr="009E3DF7">
              <w:rPr>
                <w:lang w:val="it-IT" w:eastAsia="it-IT"/>
              </w:rPr>
              <w:t>2</w:t>
            </w:r>
          </w:p>
        </w:tc>
        <w:tc>
          <w:tcPr>
            <w:tcW w:w="83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E1CD41B" w14:textId="77777777" w:rsidR="00C32908" w:rsidRPr="009E3DF7" w:rsidRDefault="00C32908" w:rsidP="009E3DF7">
            <w:pPr>
              <w:pStyle w:val="Nessunaspaziatura"/>
              <w:rPr>
                <w:lang w:val="it-IT" w:eastAsia="it-IT"/>
              </w:rPr>
            </w:pPr>
            <w:r w:rsidRPr="009E3DF7">
              <w:rPr>
                <w:lang w:val="it-IT" w:eastAsia="it-IT"/>
              </w:rPr>
              <w:t>2</w:t>
            </w:r>
          </w:p>
        </w:tc>
        <w:tc>
          <w:tcPr>
            <w:tcW w:w="1369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301EEE4" w14:textId="77777777" w:rsidR="00C32908" w:rsidRPr="009E3DF7" w:rsidRDefault="00C32908" w:rsidP="009E3DF7">
            <w:pPr>
              <w:pStyle w:val="Nessunaspaziatura"/>
              <w:rPr>
                <w:lang w:val="it-IT" w:eastAsia="it-IT"/>
              </w:rPr>
            </w:pPr>
          </w:p>
        </w:tc>
        <w:tc>
          <w:tcPr>
            <w:tcW w:w="1245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C368DFF" w14:textId="77777777" w:rsidR="00C32908" w:rsidRPr="009E3DF7" w:rsidRDefault="00C32908" w:rsidP="009E3DF7">
            <w:pPr>
              <w:pStyle w:val="Nessunaspaziatura"/>
              <w:rPr>
                <w:lang w:val="it-IT" w:eastAsia="it-IT"/>
              </w:rPr>
            </w:pPr>
          </w:p>
        </w:tc>
      </w:tr>
      <w:tr w:rsidR="009E3DF7" w:rsidRPr="00C32908" w14:paraId="1F27E901" w14:textId="77777777" w:rsidTr="009E3DF7">
        <w:trPr>
          <w:cantSplit/>
          <w:trHeight w:val="20"/>
          <w:tblCellSpacing w:w="15" w:type="dxa"/>
        </w:trPr>
        <w:tc>
          <w:tcPr>
            <w:tcW w:w="4736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4B6D3EC" w14:textId="77777777" w:rsidR="00C32908" w:rsidRPr="009E3DF7" w:rsidRDefault="00C32908" w:rsidP="009E3DF7">
            <w:pPr>
              <w:pStyle w:val="Nessunaspaziatura"/>
              <w:rPr>
                <w:lang w:val="it-IT" w:eastAsia="it-IT"/>
              </w:rPr>
            </w:pPr>
            <w:r w:rsidRPr="009E3DF7">
              <w:rPr>
                <w:lang w:val="it-IT" w:eastAsia="it-IT"/>
              </w:rPr>
              <w:t>Certificazioni informatiche (es. ECDL / EIPASS o titolo equipollente)</w:t>
            </w:r>
          </w:p>
        </w:tc>
        <w:tc>
          <w:tcPr>
            <w:tcW w:w="981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4ED0D41" w14:textId="77777777" w:rsidR="00C32908" w:rsidRPr="009E3DF7" w:rsidRDefault="00C32908" w:rsidP="009E3DF7">
            <w:pPr>
              <w:pStyle w:val="Nessunaspaziatura"/>
              <w:rPr>
                <w:lang w:val="it-IT" w:eastAsia="it-IT"/>
              </w:rPr>
            </w:pPr>
            <w:r w:rsidRPr="009E3DF7">
              <w:rPr>
                <w:lang w:val="it-IT" w:eastAsia="it-IT"/>
              </w:rPr>
              <w:t>2</w:t>
            </w:r>
          </w:p>
        </w:tc>
        <w:tc>
          <w:tcPr>
            <w:tcW w:w="83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5224EA8" w14:textId="77777777" w:rsidR="00C32908" w:rsidRPr="009E3DF7" w:rsidRDefault="00C32908" w:rsidP="009E3DF7">
            <w:pPr>
              <w:pStyle w:val="Nessunaspaziatura"/>
              <w:rPr>
                <w:lang w:val="it-IT" w:eastAsia="it-IT"/>
              </w:rPr>
            </w:pPr>
            <w:r w:rsidRPr="009E3DF7">
              <w:rPr>
                <w:lang w:val="it-IT" w:eastAsia="it-IT"/>
              </w:rPr>
              <w:t>4</w:t>
            </w:r>
          </w:p>
        </w:tc>
        <w:tc>
          <w:tcPr>
            <w:tcW w:w="1369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03046EC" w14:textId="77777777" w:rsidR="00C32908" w:rsidRPr="009E3DF7" w:rsidRDefault="00C32908" w:rsidP="009E3DF7">
            <w:pPr>
              <w:pStyle w:val="Nessunaspaziatura"/>
              <w:rPr>
                <w:lang w:val="it-IT" w:eastAsia="it-IT"/>
              </w:rPr>
            </w:pPr>
          </w:p>
        </w:tc>
        <w:tc>
          <w:tcPr>
            <w:tcW w:w="1245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71D6E93" w14:textId="77777777" w:rsidR="00C32908" w:rsidRPr="009E3DF7" w:rsidRDefault="00C32908" w:rsidP="009E3DF7">
            <w:pPr>
              <w:pStyle w:val="Nessunaspaziatura"/>
              <w:rPr>
                <w:lang w:val="it-IT" w:eastAsia="it-IT"/>
              </w:rPr>
            </w:pPr>
          </w:p>
        </w:tc>
      </w:tr>
      <w:tr w:rsidR="009E3DF7" w:rsidRPr="00C32908" w14:paraId="0FB77FF2" w14:textId="77777777" w:rsidTr="009E3DF7">
        <w:trPr>
          <w:cantSplit/>
          <w:trHeight w:val="820"/>
          <w:tblCellSpacing w:w="15" w:type="dxa"/>
        </w:trPr>
        <w:tc>
          <w:tcPr>
            <w:tcW w:w="4736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92286EE" w14:textId="77777777" w:rsidR="00C32908" w:rsidRPr="009E3DF7" w:rsidRDefault="00C32908" w:rsidP="009E3DF7">
            <w:pPr>
              <w:pStyle w:val="Nessunaspaziatura"/>
              <w:rPr>
                <w:lang w:val="it-IT" w:eastAsia="it-IT"/>
              </w:rPr>
            </w:pPr>
            <w:r w:rsidRPr="009E3DF7">
              <w:rPr>
                <w:lang w:val="it-IT" w:eastAsia="it-IT"/>
              </w:rPr>
              <w:t>Esperienze di insegnamento/docenza in attività formative rivolte ai docenti o in ambito progettuale inerenti alle tematiche del modulo</w:t>
            </w:r>
          </w:p>
        </w:tc>
        <w:tc>
          <w:tcPr>
            <w:tcW w:w="981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C9F41D0" w14:textId="77777777" w:rsidR="00C32908" w:rsidRPr="009E3DF7" w:rsidRDefault="00C32908" w:rsidP="009E3DF7">
            <w:pPr>
              <w:pStyle w:val="Nessunaspaziatura"/>
              <w:rPr>
                <w:lang w:val="it-IT" w:eastAsia="it-IT"/>
              </w:rPr>
            </w:pPr>
            <w:r w:rsidRPr="009E3DF7">
              <w:rPr>
                <w:lang w:val="it-IT" w:eastAsia="it-IT"/>
              </w:rPr>
              <w:t>2</w:t>
            </w:r>
          </w:p>
        </w:tc>
        <w:tc>
          <w:tcPr>
            <w:tcW w:w="83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4AC8AE0" w14:textId="77777777" w:rsidR="00C32908" w:rsidRPr="009E3DF7" w:rsidRDefault="00C32908" w:rsidP="009E3DF7">
            <w:pPr>
              <w:pStyle w:val="Nessunaspaziatura"/>
              <w:rPr>
                <w:lang w:val="it-IT" w:eastAsia="it-IT"/>
              </w:rPr>
            </w:pPr>
            <w:r w:rsidRPr="009E3DF7">
              <w:rPr>
                <w:lang w:val="it-IT" w:eastAsia="it-IT"/>
              </w:rPr>
              <w:t>10</w:t>
            </w:r>
          </w:p>
        </w:tc>
        <w:tc>
          <w:tcPr>
            <w:tcW w:w="1369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A5883B4" w14:textId="77777777" w:rsidR="00C32908" w:rsidRPr="009E3DF7" w:rsidRDefault="00C32908" w:rsidP="009E3DF7">
            <w:pPr>
              <w:pStyle w:val="Nessunaspaziatura"/>
              <w:rPr>
                <w:lang w:val="it-IT" w:eastAsia="it-IT"/>
              </w:rPr>
            </w:pPr>
          </w:p>
        </w:tc>
        <w:tc>
          <w:tcPr>
            <w:tcW w:w="1245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0C13915" w14:textId="77777777" w:rsidR="00C32908" w:rsidRPr="009E3DF7" w:rsidRDefault="00C32908" w:rsidP="009E3DF7">
            <w:pPr>
              <w:pStyle w:val="Nessunaspaziatura"/>
              <w:rPr>
                <w:lang w:val="it-IT" w:eastAsia="it-IT"/>
              </w:rPr>
            </w:pPr>
          </w:p>
        </w:tc>
      </w:tr>
      <w:tr w:rsidR="009E3DF7" w:rsidRPr="00C32908" w14:paraId="027F6AC8" w14:textId="77777777" w:rsidTr="009E3DF7">
        <w:trPr>
          <w:cantSplit/>
          <w:trHeight w:val="20"/>
          <w:tblCellSpacing w:w="15" w:type="dxa"/>
        </w:trPr>
        <w:tc>
          <w:tcPr>
            <w:tcW w:w="4736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DB42BED" w14:textId="77777777" w:rsidR="00C32908" w:rsidRPr="009E3DF7" w:rsidRDefault="00C32908" w:rsidP="009E3DF7">
            <w:pPr>
              <w:pStyle w:val="Nessunaspaziatura"/>
              <w:rPr>
                <w:lang w:val="it-IT" w:eastAsia="it-IT"/>
              </w:rPr>
            </w:pPr>
            <w:r w:rsidRPr="009E3DF7">
              <w:rPr>
                <w:lang w:val="it-IT" w:eastAsia="it-IT"/>
              </w:rPr>
              <w:t>Per ogni incarico precedente come formatore/esperto nell’ambito dei PON - FSE - POR / PNRR</w:t>
            </w:r>
          </w:p>
        </w:tc>
        <w:tc>
          <w:tcPr>
            <w:tcW w:w="981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405ED3D" w14:textId="77777777" w:rsidR="00C32908" w:rsidRPr="009E3DF7" w:rsidRDefault="00C32908" w:rsidP="009E3DF7">
            <w:pPr>
              <w:pStyle w:val="Nessunaspaziatura"/>
              <w:rPr>
                <w:lang w:val="it-IT" w:eastAsia="it-IT"/>
              </w:rPr>
            </w:pPr>
            <w:r w:rsidRPr="009E3DF7">
              <w:rPr>
                <w:lang w:val="it-IT" w:eastAsia="it-IT"/>
              </w:rPr>
              <w:t>2</w:t>
            </w:r>
          </w:p>
        </w:tc>
        <w:tc>
          <w:tcPr>
            <w:tcW w:w="83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26B1FF5" w14:textId="77777777" w:rsidR="00C32908" w:rsidRPr="009E3DF7" w:rsidRDefault="00C32908" w:rsidP="009E3DF7">
            <w:pPr>
              <w:pStyle w:val="Nessunaspaziatura"/>
              <w:rPr>
                <w:lang w:val="it-IT" w:eastAsia="it-IT"/>
              </w:rPr>
            </w:pPr>
            <w:r w:rsidRPr="009E3DF7">
              <w:rPr>
                <w:lang w:val="it-IT" w:eastAsia="it-IT"/>
              </w:rPr>
              <w:t>6</w:t>
            </w:r>
          </w:p>
        </w:tc>
        <w:tc>
          <w:tcPr>
            <w:tcW w:w="1369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2B5AD41" w14:textId="77777777" w:rsidR="00C32908" w:rsidRPr="009E3DF7" w:rsidRDefault="00C32908" w:rsidP="009E3DF7">
            <w:pPr>
              <w:pStyle w:val="Nessunaspaziatura"/>
              <w:rPr>
                <w:lang w:val="it-IT" w:eastAsia="it-IT"/>
              </w:rPr>
            </w:pPr>
          </w:p>
        </w:tc>
        <w:tc>
          <w:tcPr>
            <w:tcW w:w="1245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EC479BE" w14:textId="77777777" w:rsidR="00C32908" w:rsidRPr="009E3DF7" w:rsidRDefault="00C32908" w:rsidP="009E3DF7">
            <w:pPr>
              <w:pStyle w:val="Nessunaspaziatura"/>
              <w:rPr>
                <w:lang w:val="it-IT" w:eastAsia="it-IT"/>
              </w:rPr>
            </w:pPr>
          </w:p>
        </w:tc>
      </w:tr>
      <w:tr w:rsidR="009E3DF7" w:rsidRPr="00C32908" w14:paraId="00B8900F" w14:textId="77777777" w:rsidTr="009E3DF7">
        <w:trPr>
          <w:cantSplit/>
          <w:trHeight w:val="922"/>
          <w:tblCellSpacing w:w="15" w:type="dxa"/>
        </w:trPr>
        <w:tc>
          <w:tcPr>
            <w:tcW w:w="4736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D303EC3" w14:textId="77777777" w:rsidR="00C32908" w:rsidRPr="009E3DF7" w:rsidRDefault="00C32908" w:rsidP="009E3DF7">
            <w:pPr>
              <w:pStyle w:val="Nessunaspaziatura"/>
              <w:rPr>
                <w:lang w:val="it-IT" w:eastAsia="it-IT"/>
              </w:rPr>
            </w:pPr>
            <w:r w:rsidRPr="009E3DF7">
              <w:rPr>
                <w:lang w:val="it-IT" w:eastAsia="it-IT"/>
              </w:rPr>
              <w:t>Per ogni incarico precedente come Tutor nell’ambito dei PON - FSE - POR / PNRR</w:t>
            </w:r>
          </w:p>
        </w:tc>
        <w:tc>
          <w:tcPr>
            <w:tcW w:w="981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EE4C350" w14:textId="77777777" w:rsidR="00C32908" w:rsidRPr="009E3DF7" w:rsidRDefault="00C32908" w:rsidP="009E3DF7">
            <w:pPr>
              <w:pStyle w:val="Nessunaspaziatura"/>
              <w:rPr>
                <w:lang w:val="it-IT" w:eastAsia="it-IT"/>
              </w:rPr>
            </w:pPr>
            <w:r w:rsidRPr="009E3DF7">
              <w:rPr>
                <w:lang w:val="it-IT" w:eastAsia="it-IT"/>
              </w:rPr>
              <w:t>2</w:t>
            </w:r>
          </w:p>
        </w:tc>
        <w:tc>
          <w:tcPr>
            <w:tcW w:w="83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925CA60" w14:textId="77777777" w:rsidR="00C32908" w:rsidRPr="009E3DF7" w:rsidRDefault="00C32908" w:rsidP="009E3DF7">
            <w:pPr>
              <w:pStyle w:val="Nessunaspaziatura"/>
              <w:rPr>
                <w:lang w:val="it-IT" w:eastAsia="it-IT"/>
              </w:rPr>
            </w:pPr>
            <w:r w:rsidRPr="009E3DF7">
              <w:rPr>
                <w:lang w:val="it-IT" w:eastAsia="it-IT"/>
              </w:rPr>
              <w:t>6</w:t>
            </w:r>
          </w:p>
        </w:tc>
        <w:tc>
          <w:tcPr>
            <w:tcW w:w="1369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9D19786" w14:textId="77777777" w:rsidR="00C32908" w:rsidRPr="009E3DF7" w:rsidRDefault="00C32908" w:rsidP="009E3DF7">
            <w:pPr>
              <w:pStyle w:val="Nessunaspaziatura"/>
              <w:rPr>
                <w:lang w:val="it-IT" w:eastAsia="it-IT"/>
              </w:rPr>
            </w:pPr>
          </w:p>
        </w:tc>
        <w:tc>
          <w:tcPr>
            <w:tcW w:w="1245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8AEB092" w14:textId="77777777" w:rsidR="00C32908" w:rsidRPr="009E3DF7" w:rsidRDefault="00C32908" w:rsidP="009E3DF7">
            <w:pPr>
              <w:pStyle w:val="Nessunaspaziatura"/>
              <w:rPr>
                <w:lang w:val="it-IT" w:eastAsia="it-IT"/>
              </w:rPr>
            </w:pPr>
          </w:p>
        </w:tc>
      </w:tr>
    </w:tbl>
    <w:p w14:paraId="437B39B5" w14:textId="77777777" w:rsidR="00C32908" w:rsidRPr="00C32908" w:rsidRDefault="00C32908" w:rsidP="00C329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C32908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Data ______________________</w:t>
      </w:r>
    </w:p>
    <w:p w14:paraId="6961BFAD" w14:textId="77777777" w:rsidR="00C32908" w:rsidRPr="00C32908" w:rsidRDefault="00C32908" w:rsidP="00C329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C32908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Firma ______________________________</w:t>
      </w:r>
    </w:p>
    <w:p w14:paraId="16484336" w14:textId="77777777" w:rsidR="00AF1AC5" w:rsidRPr="00C32908" w:rsidRDefault="00AF1AC5" w:rsidP="00C32908"/>
    <w:sectPr w:rsidR="00AF1AC5" w:rsidRPr="00C32908" w:rsidSect="00701E1A">
      <w:pgSz w:w="12240" w:h="15840"/>
      <w:pgMar w:top="709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6C0247"/>
    <w:multiLevelType w:val="multilevel"/>
    <w:tmpl w:val="3D24F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42C3717"/>
    <w:multiLevelType w:val="multilevel"/>
    <w:tmpl w:val="46824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FC64BFE"/>
    <w:multiLevelType w:val="multilevel"/>
    <w:tmpl w:val="1E7E2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867C81"/>
    <w:multiLevelType w:val="multilevel"/>
    <w:tmpl w:val="5FACC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B8A0361"/>
    <w:multiLevelType w:val="multilevel"/>
    <w:tmpl w:val="C1A45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8035A8"/>
    <w:multiLevelType w:val="multilevel"/>
    <w:tmpl w:val="685AB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A27528F"/>
    <w:multiLevelType w:val="multilevel"/>
    <w:tmpl w:val="07F0F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AE4E3B"/>
    <w:multiLevelType w:val="multilevel"/>
    <w:tmpl w:val="D2E09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CD90883"/>
    <w:multiLevelType w:val="multilevel"/>
    <w:tmpl w:val="62607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7"/>
  </w:num>
  <w:num w:numId="11">
    <w:abstractNumId w:val="15"/>
  </w:num>
  <w:num w:numId="12">
    <w:abstractNumId w:val="16"/>
  </w:num>
  <w:num w:numId="13">
    <w:abstractNumId w:val="12"/>
  </w:num>
  <w:num w:numId="14">
    <w:abstractNumId w:val="9"/>
  </w:num>
  <w:num w:numId="15">
    <w:abstractNumId w:val="10"/>
  </w:num>
  <w:num w:numId="16">
    <w:abstractNumId w:val="14"/>
  </w:num>
  <w:num w:numId="17">
    <w:abstractNumId w:val="13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478F8"/>
    <w:rsid w:val="00394D49"/>
    <w:rsid w:val="00701E1A"/>
    <w:rsid w:val="009E3DF7"/>
    <w:rsid w:val="009E615D"/>
    <w:rsid w:val="00AA1D8D"/>
    <w:rsid w:val="00AD5C5D"/>
    <w:rsid w:val="00AF1AC5"/>
    <w:rsid w:val="00B47730"/>
    <w:rsid w:val="00C32908"/>
    <w:rsid w:val="00CB0664"/>
    <w:rsid w:val="00D22C2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FF6D0F"/>
  <w14:defaultImageDpi w14:val="300"/>
  <w15:docId w15:val="{43402824-3A8D-4149-98B4-090E41F9A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Collegamentoipertestuale">
    <w:name w:val="Hyperlink"/>
    <w:uiPriority w:val="99"/>
    <w:rsid w:val="00AF1AC5"/>
    <w:rPr>
      <w:color w:val="0000FF"/>
      <w:u w:val="single"/>
    </w:rPr>
  </w:style>
  <w:style w:type="paragraph" w:customStyle="1" w:styleId="western">
    <w:name w:val="western"/>
    <w:basedOn w:val="Normale"/>
    <w:rsid w:val="00AF1AC5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0"/>
      <w:sz w:val="20"/>
      <w:szCs w:val="20"/>
      <w:lang w:val="it-IT" w:eastAsia="it-IT"/>
    </w:rPr>
  </w:style>
  <w:style w:type="character" w:customStyle="1" w:styleId="Bodytext2">
    <w:name w:val="Body text (2)_"/>
    <w:basedOn w:val="Carpredefinitoparagrafo"/>
    <w:link w:val="Bodytext20"/>
    <w:rsid w:val="003478F8"/>
    <w:rPr>
      <w:rFonts w:ascii="Arial" w:eastAsia="Arial" w:hAnsi="Arial" w:cs="Arial"/>
      <w:b/>
      <w:bCs/>
      <w:color w:val="2C3E50"/>
      <w:sz w:val="18"/>
      <w:szCs w:val="18"/>
      <w:shd w:val="clear" w:color="auto" w:fill="FFFFFF"/>
    </w:rPr>
  </w:style>
  <w:style w:type="character" w:customStyle="1" w:styleId="Other">
    <w:name w:val="Other_"/>
    <w:basedOn w:val="Carpredefinitoparagrafo"/>
    <w:link w:val="Other0"/>
    <w:rsid w:val="003478F8"/>
    <w:rPr>
      <w:rFonts w:ascii="Arial" w:eastAsia="Arial" w:hAnsi="Arial" w:cs="Arial"/>
      <w:color w:val="2C3E50"/>
      <w:sz w:val="19"/>
      <w:szCs w:val="19"/>
      <w:shd w:val="clear" w:color="auto" w:fill="FFFFFF"/>
    </w:rPr>
  </w:style>
  <w:style w:type="character" w:customStyle="1" w:styleId="Tablecaption">
    <w:name w:val="Table caption_"/>
    <w:basedOn w:val="Carpredefinitoparagrafo"/>
    <w:link w:val="Tablecaption0"/>
    <w:rsid w:val="003478F8"/>
    <w:rPr>
      <w:rFonts w:ascii="Arial" w:eastAsia="Arial" w:hAnsi="Arial" w:cs="Arial"/>
      <w:b/>
      <w:bCs/>
      <w:color w:val="1A365D"/>
      <w:sz w:val="20"/>
      <w:szCs w:val="20"/>
      <w:shd w:val="clear" w:color="auto" w:fill="FFFFFF"/>
    </w:rPr>
  </w:style>
  <w:style w:type="character" w:customStyle="1" w:styleId="Heading1">
    <w:name w:val="Heading #1_"/>
    <w:basedOn w:val="Carpredefinitoparagrafo"/>
    <w:link w:val="Heading10"/>
    <w:rsid w:val="003478F8"/>
    <w:rPr>
      <w:rFonts w:ascii="Arial" w:eastAsia="Arial" w:hAnsi="Arial" w:cs="Arial"/>
      <w:b/>
      <w:bCs/>
      <w:color w:val="1A365D"/>
      <w:sz w:val="20"/>
      <w:szCs w:val="20"/>
      <w:shd w:val="clear" w:color="auto" w:fill="FFFFFF"/>
    </w:rPr>
  </w:style>
  <w:style w:type="character" w:customStyle="1" w:styleId="Bodytext3">
    <w:name w:val="Body text (3)_"/>
    <w:basedOn w:val="Carpredefinitoparagrafo"/>
    <w:link w:val="Bodytext30"/>
    <w:rsid w:val="003478F8"/>
    <w:rPr>
      <w:rFonts w:ascii="Arial" w:eastAsia="Arial" w:hAnsi="Arial" w:cs="Arial"/>
      <w:i/>
      <w:iCs/>
      <w:color w:val="2C3E50"/>
      <w:sz w:val="16"/>
      <w:szCs w:val="16"/>
      <w:shd w:val="clear" w:color="auto" w:fill="FFFFFF"/>
    </w:rPr>
  </w:style>
  <w:style w:type="paragraph" w:customStyle="1" w:styleId="Bodytext20">
    <w:name w:val="Body text (2)"/>
    <w:basedOn w:val="Normale"/>
    <w:link w:val="Bodytext2"/>
    <w:rsid w:val="003478F8"/>
    <w:pPr>
      <w:widowControl w:val="0"/>
      <w:shd w:val="clear" w:color="auto" w:fill="FFFFFF"/>
      <w:spacing w:after="110" w:line="240" w:lineRule="auto"/>
    </w:pPr>
    <w:rPr>
      <w:rFonts w:ascii="Arial" w:eastAsia="Arial" w:hAnsi="Arial" w:cs="Arial"/>
      <w:b/>
      <w:bCs/>
      <w:color w:val="2C3E50"/>
      <w:sz w:val="18"/>
      <w:szCs w:val="18"/>
    </w:rPr>
  </w:style>
  <w:style w:type="paragraph" w:customStyle="1" w:styleId="Other0">
    <w:name w:val="Other"/>
    <w:basedOn w:val="Normale"/>
    <w:link w:val="Other"/>
    <w:rsid w:val="003478F8"/>
    <w:pPr>
      <w:widowControl w:val="0"/>
      <w:shd w:val="clear" w:color="auto" w:fill="FFFFFF"/>
      <w:spacing w:after="80" w:line="305" w:lineRule="auto"/>
    </w:pPr>
    <w:rPr>
      <w:rFonts w:ascii="Arial" w:eastAsia="Arial" w:hAnsi="Arial" w:cs="Arial"/>
      <w:color w:val="2C3E50"/>
      <w:sz w:val="19"/>
      <w:szCs w:val="19"/>
    </w:rPr>
  </w:style>
  <w:style w:type="paragraph" w:customStyle="1" w:styleId="Tablecaption0">
    <w:name w:val="Table caption"/>
    <w:basedOn w:val="Normale"/>
    <w:link w:val="Tablecaption"/>
    <w:rsid w:val="003478F8"/>
    <w:pPr>
      <w:widowControl w:val="0"/>
      <w:shd w:val="clear" w:color="auto" w:fill="FFFFFF"/>
      <w:spacing w:after="0" w:line="240" w:lineRule="auto"/>
    </w:pPr>
    <w:rPr>
      <w:rFonts w:ascii="Arial" w:eastAsia="Arial" w:hAnsi="Arial" w:cs="Arial"/>
      <w:b/>
      <w:bCs/>
      <w:color w:val="1A365D"/>
      <w:sz w:val="20"/>
      <w:szCs w:val="20"/>
    </w:rPr>
  </w:style>
  <w:style w:type="paragraph" w:customStyle="1" w:styleId="Heading10">
    <w:name w:val="Heading #1"/>
    <w:basedOn w:val="Normale"/>
    <w:link w:val="Heading1"/>
    <w:rsid w:val="003478F8"/>
    <w:pPr>
      <w:widowControl w:val="0"/>
      <w:shd w:val="clear" w:color="auto" w:fill="FFFFFF"/>
      <w:spacing w:after="220" w:line="240" w:lineRule="auto"/>
      <w:outlineLvl w:val="0"/>
    </w:pPr>
    <w:rPr>
      <w:rFonts w:ascii="Arial" w:eastAsia="Arial" w:hAnsi="Arial" w:cs="Arial"/>
      <w:b/>
      <w:bCs/>
      <w:color w:val="1A365D"/>
      <w:sz w:val="20"/>
      <w:szCs w:val="20"/>
    </w:rPr>
  </w:style>
  <w:style w:type="paragraph" w:customStyle="1" w:styleId="Bodytext30">
    <w:name w:val="Body text (3)"/>
    <w:basedOn w:val="Normale"/>
    <w:link w:val="Bodytext3"/>
    <w:rsid w:val="003478F8"/>
    <w:pPr>
      <w:widowControl w:val="0"/>
      <w:shd w:val="clear" w:color="auto" w:fill="FFFFFF"/>
      <w:spacing w:after="220" w:line="341" w:lineRule="auto"/>
      <w:jc w:val="center"/>
    </w:pPr>
    <w:rPr>
      <w:rFonts w:ascii="Arial" w:eastAsia="Arial" w:hAnsi="Arial" w:cs="Arial"/>
      <w:i/>
      <w:iCs/>
      <w:color w:val="2C3E5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20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C5C5CEC-63A2-42E4-9F3E-567C5E825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1302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CSIC85800T - IC FRASCINETO</cp:lastModifiedBy>
  <cp:revision>3</cp:revision>
  <dcterms:created xsi:type="dcterms:W3CDTF">2026-09-02T06:39:00Z</dcterms:created>
  <dcterms:modified xsi:type="dcterms:W3CDTF">2026-09-02T06:42:00Z</dcterms:modified>
  <cp:category/>
</cp:coreProperties>
</file>