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8CC03" w14:textId="77777777" w:rsidR="00701E1A" w:rsidRPr="00701E1A" w:rsidRDefault="00701E1A" w:rsidP="00701E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val="it-IT" w:eastAsia="it-IT"/>
        </w:rPr>
      </w:pPr>
      <w:r w:rsidRPr="00701E1A">
        <w:rPr>
          <w:rFonts w:ascii="Times New Roman" w:eastAsia="Times New Roman" w:hAnsi="Times New Roman" w:cs="Times New Roman"/>
          <w:b/>
          <w:bCs/>
          <w:lang w:val="it-IT" w:eastAsia="it-IT"/>
        </w:rPr>
        <w:t>ALLEGATO 1</w:t>
      </w:r>
    </w:p>
    <w:p w14:paraId="36275898" w14:textId="77777777" w:rsidR="00701E1A" w:rsidRPr="00701E1A" w:rsidRDefault="00701E1A" w:rsidP="00701E1A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b/>
          <w:bCs/>
          <w:lang w:val="it-IT" w:eastAsia="it-IT"/>
        </w:rPr>
        <w:t>AL DIRIGENTE SCOLASTICO</w:t>
      </w:r>
    </w:p>
    <w:p w14:paraId="1E7EA054" w14:textId="77777777" w:rsidR="00701E1A" w:rsidRPr="00701E1A" w:rsidRDefault="00701E1A" w:rsidP="00701E1A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b/>
          <w:bCs/>
          <w:lang w:val="it-IT" w:eastAsia="it-IT"/>
        </w:rPr>
        <w:t>I.O. LUNGRO</w:t>
      </w:r>
    </w:p>
    <w:p w14:paraId="32747035" w14:textId="77777777" w:rsidR="00701E1A" w:rsidRDefault="00701E1A" w:rsidP="00701E1A">
      <w:pPr>
        <w:spacing w:after="0" w:line="360" w:lineRule="auto"/>
        <w:rPr>
          <w:rFonts w:ascii="Times New Roman" w:eastAsia="Times New Roman" w:hAnsi="Times New Roman" w:cs="Times New Roman"/>
          <w:lang w:val="it-IT" w:eastAsia="it-IT"/>
        </w:rPr>
      </w:pPr>
    </w:p>
    <w:p w14:paraId="7AD97993" w14:textId="3774423F" w:rsidR="00701E1A" w:rsidRPr="00701E1A" w:rsidRDefault="00701E1A" w:rsidP="00701E1A">
      <w:pPr>
        <w:spacing w:after="0" w:line="360" w:lineRule="auto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Il/La sottoscritto/a __________________________, nato/a </w:t>
      </w:r>
      <w:proofErr w:type="spellStart"/>
      <w:r w:rsidRPr="00701E1A">
        <w:rPr>
          <w:rFonts w:ascii="Times New Roman" w:eastAsia="Times New Roman" w:hAnsi="Times New Roman" w:cs="Times New Roman"/>
          <w:lang w:val="it-IT" w:eastAsia="it-IT"/>
        </w:rPr>
        <w:t>a</w:t>
      </w:r>
      <w:proofErr w:type="spellEnd"/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 ______</w:t>
      </w:r>
      <w:r>
        <w:rPr>
          <w:rFonts w:ascii="Times New Roman" w:eastAsia="Times New Roman" w:hAnsi="Times New Roman" w:cs="Times New Roman"/>
          <w:lang w:val="it-IT" w:eastAsia="it-IT"/>
        </w:rPr>
        <w:t>___</w:t>
      </w:r>
      <w:r w:rsidRPr="00701E1A">
        <w:rPr>
          <w:rFonts w:ascii="Times New Roman" w:eastAsia="Times New Roman" w:hAnsi="Times New Roman" w:cs="Times New Roman"/>
          <w:lang w:val="it-IT" w:eastAsia="it-IT"/>
        </w:rPr>
        <w:t>_____</w:t>
      </w:r>
      <w:r>
        <w:rPr>
          <w:rFonts w:ascii="Times New Roman" w:eastAsia="Times New Roman" w:hAnsi="Times New Roman" w:cs="Times New Roman"/>
          <w:lang w:val="it-IT" w:eastAsia="it-IT"/>
        </w:rPr>
        <w:t>__</w:t>
      </w:r>
      <w:r w:rsidRPr="00701E1A">
        <w:rPr>
          <w:rFonts w:ascii="Times New Roman" w:eastAsia="Times New Roman" w:hAnsi="Times New Roman" w:cs="Times New Roman"/>
          <w:lang w:val="it-IT" w:eastAsia="it-IT"/>
        </w:rPr>
        <w:t>____________ (</w:t>
      </w: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   </w:t>
      </w: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), </w:t>
      </w:r>
      <w:r>
        <w:rPr>
          <w:rFonts w:ascii="Times New Roman" w:eastAsia="Times New Roman" w:hAnsi="Times New Roman" w:cs="Times New Roman"/>
          <w:lang w:val="it-IT" w:eastAsia="it-IT"/>
        </w:rPr>
        <w:t xml:space="preserve">        il __________________________</w:t>
      </w: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C.F.: </w:t>
      </w:r>
      <w:r w:rsidRPr="00701E1A">
        <w:rPr>
          <w:rFonts w:ascii="Times New Roman" w:eastAsia="Times New Roman" w:hAnsi="Times New Roman" w:cs="Times New Roman"/>
          <w:lang w:val="it-IT" w:eastAsia="it-IT"/>
        </w:rPr>
        <w:t>______________________________</w:t>
      </w:r>
      <w:r w:rsidRPr="00701E1A">
        <w:rPr>
          <w:rFonts w:ascii="Times New Roman" w:eastAsia="Times New Roman" w:hAnsi="Times New Roman" w:cs="Times New Roman"/>
          <w:lang w:val="it-IT" w:eastAsia="it-IT"/>
        </w:rPr>
        <w:t>_____________________,</w:t>
      </w: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 </w:t>
      </w: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residente </w:t>
      </w:r>
      <w:r>
        <w:rPr>
          <w:rFonts w:ascii="Times New Roman" w:eastAsia="Times New Roman" w:hAnsi="Times New Roman" w:cs="Times New Roman"/>
          <w:lang w:val="it-IT" w:eastAsia="it-IT"/>
        </w:rPr>
        <w:t xml:space="preserve">a </w:t>
      </w:r>
      <w:r w:rsidRPr="00701E1A">
        <w:rPr>
          <w:rFonts w:ascii="Times New Roman" w:eastAsia="Times New Roman" w:hAnsi="Times New Roman" w:cs="Times New Roman"/>
          <w:lang w:val="it-IT" w:eastAsia="it-IT"/>
        </w:rPr>
        <w:t>___</w:t>
      </w:r>
      <w:r w:rsidRPr="00701E1A">
        <w:rPr>
          <w:rFonts w:ascii="Times New Roman" w:eastAsia="Times New Roman" w:hAnsi="Times New Roman" w:cs="Times New Roman"/>
          <w:lang w:val="it-IT" w:eastAsia="it-IT"/>
        </w:rPr>
        <w:t>____________________________________________________________</w:t>
      </w:r>
      <w:r w:rsidRPr="00701E1A">
        <w:rPr>
          <w:rFonts w:ascii="Times New Roman" w:eastAsia="Times New Roman" w:hAnsi="Times New Roman" w:cs="Times New Roman"/>
          <w:lang w:val="it-IT" w:eastAsia="it-IT"/>
        </w:rPr>
        <w:t>__ (</w:t>
      </w: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   </w:t>
      </w:r>
      <w:r w:rsidRPr="00701E1A">
        <w:rPr>
          <w:rFonts w:ascii="Times New Roman" w:eastAsia="Times New Roman" w:hAnsi="Times New Roman" w:cs="Times New Roman"/>
          <w:lang w:val="it-IT" w:eastAsia="it-IT"/>
        </w:rPr>
        <w:t>)</w:t>
      </w: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 </w:t>
      </w: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 via/piazza ______________________________________ </w:t>
      </w:r>
      <w:proofErr w:type="spellStart"/>
      <w:r w:rsidRPr="00701E1A">
        <w:rPr>
          <w:rFonts w:ascii="Times New Roman" w:eastAsia="Times New Roman" w:hAnsi="Times New Roman" w:cs="Times New Roman"/>
          <w:lang w:val="it-IT" w:eastAsia="it-IT"/>
        </w:rPr>
        <w:t>cell</w:t>
      </w:r>
      <w:proofErr w:type="spellEnd"/>
      <w:r w:rsidRPr="00701E1A">
        <w:rPr>
          <w:rFonts w:ascii="Times New Roman" w:eastAsia="Times New Roman" w:hAnsi="Times New Roman" w:cs="Times New Roman"/>
          <w:lang w:val="it-IT" w:eastAsia="it-IT"/>
        </w:rPr>
        <w:t>. __________</w:t>
      </w:r>
      <w:r w:rsidRPr="00701E1A">
        <w:rPr>
          <w:rFonts w:ascii="Times New Roman" w:eastAsia="Times New Roman" w:hAnsi="Times New Roman" w:cs="Times New Roman"/>
          <w:lang w:val="it-IT" w:eastAsia="it-IT"/>
        </w:rPr>
        <w:t>____</w:t>
      </w:r>
      <w:r w:rsidRPr="00701E1A">
        <w:rPr>
          <w:rFonts w:ascii="Times New Roman" w:eastAsia="Times New Roman" w:hAnsi="Times New Roman" w:cs="Times New Roman"/>
          <w:lang w:val="it-IT" w:eastAsia="it-IT"/>
        </w:rPr>
        <w:t>_______</w:t>
      </w:r>
      <w:r>
        <w:rPr>
          <w:rFonts w:ascii="Times New Roman" w:eastAsia="Times New Roman" w:hAnsi="Times New Roman" w:cs="Times New Roman"/>
          <w:lang w:val="it-IT" w:eastAsia="it-IT"/>
        </w:rPr>
        <w:t>________</w:t>
      </w:r>
      <w:r w:rsidRPr="00701E1A">
        <w:rPr>
          <w:rFonts w:ascii="Times New Roman" w:eastAsia="Times New Roman" w:hAnsi="Times New Roman" w:cs="Times New Roman"/>
          <w:lang w:val="it-IT" w:eastAsia="it-IT"/>
        </w:rPr>
        <w:t>___, e-mail _____________________</w:t>
      </w:r>
      <w:r w:rsidRPr="00701E1A">
        <w:rPr>
          <w:rFonts w:ascii="Times New Roman" w:eastAsia="Times New Roman" w:hAnsi="Times New Roman" w:cs="Times New Roman"/>
          <w:lang w:val="it-IT" w:eastAsia="it-IT"/>
        </w:rPr>
        <w:t>____</w:t>
      </w: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_____________ </w:t>
      </w:r>
    </w:p>
    <w:p w14:paraId="0419EC0D" w14:textId="77777777" w:rsidR="00701E1A" w:rsidRPr="00701E1A" w:rsidRDefault="00701E1A" w:rsidP="00701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avendo preso visione dell'avviso di selezione per il progetto </w:t>
      </w:r>
      <w:r w:rsidRPr="00701E1A">
        <w:rPr>
          <w:rFonts w:ascii="Times New Roman" w:eastAsia="Times New Roman" w:hAnsi="Times New Roman" w:cs="Times New Roman"/>
          <w:b/>
          <w:bCs/>
          <w:lang w:val="it-IT" w:eastAsia="it-IT"/>
        </w:rPr>
        <w:t>ESO4.5.A2.B-FSEPN-CL-2026-148</w:t>
      </w: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, in qualità di: </w:t>
      </w:r>
    </w:p>
    <w:p w14:paraId="718154B5" w14:textId="77777777" w:rsidR="00701E1A" w:rsidRPr="00701E1A" w:rsidRDefault="00701E1A" w:rsidP="00701E1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lang w:val="it-IT" w:eastAsia="it-IT"/>
        </w:rPr>
        <w:t>Personale interno [ ]</w:t>
      </w:r>
    </w:p>
    <w:p w14:paraId="099BA77B" w14:textId="77777777" w:rsidR="00701E1A" w:rsidRPr="00701E1A" w:rsidRDefault="00701E1A" w:rsidP="00701E1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lang w:val="it-IT" w:eastAsia="it-IT"/>
        </w:rPr>
        <w:t>Personale di altro istituto [ ]</w:t>
      </w:r>
    </w:p>
    <w:p w14:paraId="3374D9C0" w14:textId="77777777" w:rsidR="00701E1A" w:rsidRPr="00701E1A" w:rsidRDefault="00701E1A" w:rsidP="00701E1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lang w:val="it-IT" w:eastAsia="it-IT"/>
        </w:rPr>
        <w:t>Personale esterno [ ]</w:t>
      </w:r>
    </w:p>
    <w:p w14:paraId="76EF0E45" w14:textId="77777777" w:rsidR="00701E1A" w:rsidRPr="00701E1A" w:rsidRDefault="00701E1A" w:rsidP="00701E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val="it-IT" w:eastAsia="it-IT"/>
        </w:rPr>
      </w:pPr>
      <w:r w:rsidRPr="00701E1A">
        <w:rPr>
          <w:rFonts w:ascii="Times New Roman" w:eastAsia="Times New Roman" w:hAnsi="Times New Roman" w:cs="Times New Roman"/>
          <w:b/>
          <w:bCs/>
          <w:lang w:val="it-IT" w:eastAsia="it-IT"/>
        </w:rPr>
        <w:t>C H I E D E</w:t>
      </w:r>
    </w:p>
    <w:p w14:paraId="24D259D7" w14:textId="3CBE988C" w:rsidR="00701E1A" w:rsidRPr="00701E1A" w:rsidRDefault="00701E1A" w:rsidP="00701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 alla S.V. di partecipare alla selezione per il conferimento di incarico in qualità di (barrare la casella di preferenza, per un massimo di due figure): </w:t>
      </w:r>
    </w:p>
    <w:p w14:paraId="34CD64B3" w14:textId="77777777" w:rsidR="00701E1A" w:rsidRPr="00701E1A" w:rsidRDefault="00701E1A" w:rsidP="00701E1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b/>
          <w:bCs/>
          <w:lang w:val="it-IT" w:eastAsia="it-IT"/>
        </w:rPr>
        <w:t>Esperto</w:t>
      </w: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 [ ]</w:t>
      </w:r>
    </w:p>
    <w:p w14:paraId="469CE777" w14:textId="77777777" w:rsidR="00701E1A" w:rsidRPr="00701E1A" w:rsidRDefault="00701E1A" w:rsidP="00701E1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b/>
          <w:bCs/>
          <w:lang w:val="it-IT" w:eastAsia="it-IT"/>
        </w:rPr>
        <w:t>Tutor</w:t>
      </w: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 [ ]</w:t>
      </w:r>
    </w:p>
    <w:p w14:paraId="0C68A22A" w14:textId="77777777" w:rsidR="00701E1A" w:rsidRPr="00701E1A" w:rsidRDefault="00701E1A" w:rsidP="00701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per il seguente percorso formativo (barrare il modulo di interesse): </w:t>
      </w:r>
    </w:p>
    <w:p w14:paraId="2521E83F" w14:textId="77777777" w:rsidR="00701E1A" w:rsidRPr="00701E1A" w:rsidRDefault="00701E1A" w:rsidP="00701E1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[ ] </w:t>
      </w:r>
      <w:proofErr w:type="spellStart"/>
      <w:r w:rsidRPr="00701E1A">
        <w:rPr>
          <w:rFonts w:ascii="Times New Roman" w:eastAsia="Times New Roman" w:hAnsi="Times New Roman" w:cs="Times New Roman"/>
          <w:b/>
          <w:bCs/>
          <w:lang w:val="it-IT" w:eastAsia="it-IT"/>
        </w:rPr>
        <w:t>Mod</w:t>
      </w:r>
      <w:proofErr w:type="spellEnd"/>
      <w:r w:rsidRPr="00701E1A">
        <w:rPr>
          <w:rFonts w:ascii="Times New Roman" w:eastAsia="Times New Roman" w:hAnsi="Times New Roman" w:cs="Times New Roman"/>
          <w:b/>
          <w:bCs/>
          <w:lang w:val="it-IT" w:eastAsia="it-IT"/>
        </w:rPr>
        <w:t>. 1:</w:t>
      </w: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 L'Agire Riflessivo nella didattica </w:t>
      </w:r>
      <w:r w:rsidRPr="00701E1A">
        <w:rPr>
          <w:rFonts w:ascii="Times New Roman" w:eastAsia="Times New Roman" w:hAnsi="Times New Roman" w:cs="Times New Roman"/>
          <w:i/>
          <w:iCs/>
          <w:lang w:val="it-IT" w:eastAsia="it-IT"/>
        </w:rPr>
        <w:t>(n. 1 Esperto, n. 1 Tutor)</w:t>
      </w:r>
    </w:p>
    <w:p w14:paraId="20D77B33" w14:textId="77777777" w:rsidR="00701E1A" w:rsidRPr="00701E1A" w:rsidRDefault="00701E1A" w:rsidP="00701E1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[ ] </w:t>
      </w:r>
      <w:proofErr w:type="spellStart"/>
      <w:r w:rsidRPr="00701E1A">
        <w:rPr>
          <w:rFonts w:ascii="Times New Roman" w:eastAsia="Times New Roman" w:hAnsi="Times New Roman" w:cs="Times New Roman"/>
          <w:b/>
          <w:bCs/>
          <w:lang w:val="it-IT" w:eastAsia="it-IT"/>
        </w:rPr>
        <w:t>Mod</w:t>
      </w:r>
      <w:proofErr w:type="spellEnd"/>
      <w:r w:rsidRPr="00701E1A">
        <w:rPr>
          <w:rFonts w:ascii="Times New Roman" w:eastAsia="Times New Roman" w:hAnsi="Times New Roman" w:cs="Times New Roman"/>
          <w:b/>
          <w:bCs/>
          <w:lang w:val="it-IT" w:eastAsia="it-IT"/>
        </w:rPr>
        <w:t>. 2:</w:t>
      </w: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 Architetture Didattiche e Innovazione Metodologica </w:t>
      </w:r>
      <w:r w:rsidRPr="00701E1A">
        <w:rPr>
          <w:rFonts w:ascii="Times New Roman" w:eastAsia="Times New Roman" w:hAnsi="Times New Roman" w:cs="Times New Roman"/>
          <w:i/>
          <w:iCs/>
          <w:lang w:val="it-IT" w:eastAsia="it-IT"/>
        </w:rPr>
        <w:t>(n. 1 Esperto, n. 1 Tutor)</w:t>
      </w:r>
    </w:p>
    <w:p w14:paraId="059E23DB" w14:textId="77777777" w:rsidR="00701E1A" w:rsidRPr="00701E1A" w:rsidRDefault="00701E1A" w:rsidP="00701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A tal fine </w:t>
      </w:r>
      <w:r w:rsidRPr="00701E1A">
        <w:rPr>
          <w:rFonts w:ascii="Times New Roman" w:eastAsia="Times New Roman" w:hAnsi="Times New Roman" w:cs="Times New Roman"/>
          <w:b/>
          <w:bCs/>
          <w:lang w:val="it-IT" w:eastAsia="it-IT"/>
        </w:rPr>
        <w:t>dichiara</w:t>
      </w:r>
      <w:r w:rsidRPr="00701E1A">
        <w:rPr>
          <w:rFonts w:ascii="Times New Roman" w:eastAsia="Times New Roman" w:hAnsi="Times New Roman" w:cs="Times New Roman"/>
          <w:lang w:val="it-IT" w:eastAsia="it-IT"/>
        </w:rPr>
        <w:t>: (barrare le dichiarazioni rese)</w:t>
      </w:r>
    </w:p>
    <w:p w14:paraId="1ED2313F" w14:textId="77777777" w:rsidR="00701E1A" w:rsidRPr="00701E1A" w:rsidRDefault="00701E1A" w:rsidP="00701E1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[ ] di essere cittadino italiano (o </w:t>
      </w:r>
      <w:proofErr w:type="spellStart"/>
      <w:r w:rsidRPr="00701E1A">
        <w:rPr>
          <w:rFonts w:ascii="Times New Roman" w:eastAsia="Times New Roman" w:hAnsi="Times New Roman" w:cs="Times New Roman"/>
          <w:lang w:val="it-IT" w:eastAsia="it-IT"/>
        </w:rPr>
        <w:t>equip</w:t>
      </w:r>
      <w:proofErr w:type="spellEnd"/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 E.U.)</w:t>
      </w:r>
    </w:p>
    <w:p w14:paraId="00B80992" w14:textId="77777777" w:rsidR="00701E1A" w:rsidRPr="00701E1A" w:rsidRDefault="00701E1A" w:rsidP="00701E1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lang w:val="it-IT" w:eastAsia="it-IT"/>
        </w:rPr>
        <w:t>[ ] di godere dei diritti politici</w:t>
      </w:r>
    </w:p>
    <w:p w14:paraId="2F53C4B0" w14:textId="77777777" w:rsidR="00701E1A" w:rsidRPr="00701E1A" w:rsidRDefault="00701E1A" w:rsidP="00701E1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lang w:val="it-IT" w:eastAsia="it-IT"/>
        </w:rPr>
        <w:t>[ ] di non essere a conoscenza di procedimenti penali a suo carico né di essere stato condannato a seguito di procedimenti penali</w:t>
      </w:r>
    </w:p>
    <w:p w14:paraId="3BAD5294" w14:textId="77777777" w:rsidR="00701E1A" w:rsidRPr="00701E1A" w:rsidRDefault="00701E1A" w:rsidP="00701E1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lang w:val="it-IT" w:eastAsia="it-IT"/>
        </w:rPr>
        <w:t>[ ] di non essere stato destituito da pubblico impiego</w:t>
      </w:r>
    </w:p>
    <w:p w14:paraId="0345D76A" w14:textId="77777777" w:rsidR="00701E1A" w:rsidRPr="00701E1A" w:rsidRDefault="00701E1A" w:rsidP="00701E1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lang w:val="it-IT" w:eastAsia="it-IT"/>
        </w:rPr>
        <w:t>[ ] di essere in possesso di sana e robusta costituzione</w:t>
      </w:r>
    </w:p>
    <w:p w14:paraId="2965BEFF" w14:textId="77777777" w:rsidR="00701E1A" w:rsidRPr="00701E1A" w:rsidRDefault="00701E1A" w:rsidP="00701E1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lang w:val="it-IT" w:eastAsia="it-IT"/>
        </w:rPr>
        <w:t>[ ] di non trovarsi in alcuna posizione di incompatibilità con il pubblico impiego</w:t>
      </w:r>
    </w:p>
    <w:p w14:paraId="3F5D0D0A" w14:textId="77777777" w:rsidR="00701E1A" w:rsidRPr="00701E1A" w:rsidRDefault="00701E1A" w:rsidP="00701E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lang w:val="it-IT" w:eastAsia="it-IT"/>
        </w:rPr>
        <w:t>A tal fine dichiara sotto la propria responsabilità che tale dichiarazione è veritiera ed acconsente ad eventuali controlli che l’Istituto scolastico potrà porre in essere.</w:t>
      </w:r>
    </w:p>
    <w:p w14:paraId="6FC9FF4A" w14:textId="77777777" w:rsidR="00701E1A" w:rsidRPr="00701E1A" w:rsidRDefault="00701E1A" w:rsidP="00701E1A">
      <w:pPr>
        <w:spacing w:after="0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b/>
          <w:bCs/>
          <w:lang w:val="it-IT" w:eastAsia="it-IT"/>
        </w:rPr>
        <w:t>Alla presente istanza allega:</w:t>
      </w:r>
    </w:p>
    <w:p w14:paraId="33539EBD" w14:textId="77777777" w:rsidR="00701E1A" w:rsidRPr="00701E1A" w:rsidRDefault="00701E1A" w:rsidP="00701E1A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Curriculum vitae in formato europeo (debitamente datato, sottoscritto e con evidenza dei titoli valutabili). </w:t>
      </w:r>
    </w:p>
    <w:p w14:paraId="29FD7F05" w14:textId="1459136A" w:rsidR="00701E1A" w:rsidRDefault="00701E1A" w:rsidP="00701E1A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701E1A">
        <w:rPr>
          <w:rFonts w:ascii="Times New Roman" w:eastAsia="Times New Roman" w:hAnsi="Times New Roman" w:cs="Times New Roman"/>
          <w:lang w:val="it-IT" w:eastAsia="it-IT"/>
        </w:rPr>
        <w:t xml:space="preserve">Allegato 2 (Tabella di valutazione) compilata dal candidato. </w:t>
      </w:r>
    </w:p>
    <w:p w14:paraId="384A9663" w14:textId="20781561" w:rsidR="00AD5C5D" w:rsidRDefault="00AD5C5D" w:rsidP="00AD5C5D">
      <w:pPr>
        <w:spacing w:after="0" w:line="240" w:lineRule="auto"/>
        <w:rPr>
          <w:rFonts w:ascii="Times New Roman" w:eastAsia="Times New Roman" w:hAnsi="Times New Roman" w:cs="Times New Roman"/>
          <w:lang w:val="it-IT" w:eastAsia="it-IT"/>
        </w:rPr>
      </w:pPr>
    </w:p>
    <w:p w14:paraId="39D8F3AB" w14:textId="5308C142" w:rsidR="00AD5C5D" w:rsidRDefault="00AD5C5D" w:rsidP="00AD5C5D">
      <w:pPr>
        <w:spacing w:after="0" w:line="240" w:lineRule="auto"/>
        <w:rPr>
          <w:rFonts w:ascii="Times New Roman" w:eastAsia="Times New Roman" w:hAnsi="Times New Roman" w:cs="Times New Roman"/>
          <w:lang w:val="it-IT" w:eastAsia="it-IT"/>
        </w:rPr>
      </w:pPr>
    </w:p>
    <w:p w14:paraId="11EAEE86" w14:textId="7CCD5395" w:rsidR="00AD5C5D" w:rsidRDefault="00AD5C5D" w:rsidP="00AD5C5D">
      <w:pPr>
        <w:spacing w:after="0" w:line="240" w:lineRule="auto"/>
        <w:rPr>
          <w:rFonts w:ascii="Times New Roman" w:eastAsia="Times New Roman" w:hAnsi="Times New Roman" w:cs="Times New Roman"/>
          <w:lang w:val="it-IT" w:eastAsia="it-IT"/>
        </w:rPr>
      </w:pPr>
    </w:p>
    <w:p w14:paraId="6C0C7137" w14:textId="34602F03" w:rsidR="00AD5C5D" w:rsidRDefault="00AD5C5D" w:rsidP="00AD5C5D">
      <w:pPr>
        <w:spacing w:after="0" w:line="240" w:lineRule="auto"/>
        <w:rPr>
          <w:rFonts w:ascii="Times New Roman" w:eastAsia="Times New Roman" w:hAnsi="Times New Roman" w:cs="Times New Roman"/>
          <w:lang w:val="it-IT" w:eastAsia="it-IT"/>
        </w:rPr>
      </w:pPr>
    </w:p>
    <w:p w14:paraId="2387F576" w14:textId="77777777" w:rsidR="00AD5C5D" w:rsidRPr="00AD5C5D" w:rsidRDefault="00AD5C5D" w:rsidP="00AD5C5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it-IT" w:eastAsia="it-IT"/>
        </w:rPr>
      </w:pPr>
      <w:r w:rsidRPr="00AD5C5D">
        <w:rPr>
          <w:rFonts w:ascii="Times New Roman" w:eastAsia="Times New Roman" w:hAnsi="Times New Roman" w:cs="Times New Roman"/>
          <w:b/>
          <w:bCs/>
          <w:lang w:val="it-IT" w:eastAsia="it-IT"/>
        </w:rPr>
        <w:lastRenderedPageBreak/>
        <w:t>CONSENSO per il TRATTAMENTO dei DATI PERSONALI</w:t>
      </w:r>
    </w:p>
    <w:p w14:paraId="31E06870" w14:textId="77777777" w:rsidR="00AD5C5D" w:rsidRPr="00AD5C5D" w:rsidRDefault="00AD5C5D" w:rsidP="00AD5C5D">
      <w:pPr>
        <w:spacing w:after="0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AD5C5D">
        <w:rPr>
          <w:rFonts w:ascii="Times New Roman" w:eastAsia="Times New Roman" w:hAnsi="Times New Roman" w:cs="Times New Roman"/>
          <w:lang w:val="it-IT" w:eastAsia="it-IT"/>
        </w:rPr>
        <w:t xml:space="preserve">Il/la sottoscritto/a _____________________________________________ autorizza al trattamento dei dati personali ai sensi del GDPR / d.lgs. 196/2003 e </w:t>
      </w:r>
      <w:proofErr w:type="spellStart"/>
      <w:r w:rsidRPr="00AD5C5D">
        <w:rPr>
          <w:rFonts w:ascii="Times New Roman" w:eastAsia="Times New Roman" w:hAnsi="Times New Roman" w:cs="Times New Roman"/>
          <w:lang w:val="it-IT" w:eastAsia="it-IT"/>
        </w:rPr>
        <w:t>s.m.i.</w:t>
      </w:r>
      <w:proofErr w:type="spellEnd"/>
    </w:p>
    <w:p w14:paraId="09136FDA" w14:textId="77777777" w:rsidR="00AD5C5D" w:rsidRPr="00AD5C5D" w:rsidRDefault="00AD5C5D" w:rsidP="00AD5C5D">
      <w:pPr>
        <w:spacing w:after="0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AD5C5D">
        <w:rPr>
          <w:rFonts w:ascii="Times New Roman" w:eastAsia="Times New Roman" w:hAnsi="Times New Roman" w:cs="Times New Roman"/>
          <w:lang w:val="it-IT" w:eastAsia="it-IT"/>
        </w:rPr>
        <w:t>Dichiara inoltre sotto la propria responsabilità:</w:t>
      </w:r>
    </w:p>
    <w:p w14:paraId="49B6A588" w14:textId="77777777" w:rsidR="00AD5C5D" w:rsidRPr="00AD5C5D" w:rsidRDefault="00AD5C5D" w:rsidP="00AD5C5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AD5C5D">
        <w:rPr>
          <w:rFonts w:ascii="Times New Roman" w:eastAsia="Times New Roman" w:hAnsi="Times New Roman" w:cs="Times New Roman"/>
          <w:lang w:val="it-IT" w:eastAsia="it-IT"/>
        </w:rPr>
        <w:t>che la documentazione dichiarata e/o allegata è conforme agli originali, e presentabili qualora fossero richiesti;</w:t>
      </w:r>
    </w:p>
    <w:p w14:paraId="7EF93A1A" w14:textId="77777777" w:rsidR="00AD5C5D" w:rsidRPr="00AD5C5D" w:rsidRDefault="00AD5C5D" w:rsidP="00AD5C5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AD5C5D">
        <w:rPr>
          <w:rFonts w:ascii="Times New Roman" w:eastAsia="Times New Roman" w:hAnsi="Times New Roman" w:cs="Times New Roman"/>
          <w:lang w:val="it-IT" w:eastAsia="it-IT"/>
        </w:rPr>
        <w:t>di prestare il proprio consenso per la comunicazione dei dati ai soggetti indicati nell'informativa, pena l'impossibilità di valutare la presente istanza;</w:t>
      </w:r>
    </w:p>
    <w:p w14:paraId="3A3706A2" w14:textId="77777777" w:rsidR="00AD5C5D" w:rsidRPr="00AD5C5D" w:rsidRDefault="00AD5C5D" w:rsidP="00AD5C5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AD5C5D">
        <w:rPr>
          <w:rFonts w:ascii="Times New Roman" w:eastAsia="Times New Roman" w:hAnsi="Times New Roman" w:cs="Times New Roman"/>
          <w:lang w:val="it-IT" w:eastAsia="it-IT"/>
        </w:rPr>
        <w:t>s’impegna ad assicurare la propria presenza negli incontri e nelle iniziative programmate;</w:t>
      </w:r>
    </w:p>
    <w:p w14:paraId="6C06532F" w14:textId="77777777" w:rsidR="00AD5C5D" w:rsidRPr="00AD5C5D" w:rsidRDefault="00AD5C5D" w:rsidP="00AD5C5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AD5C5D">
        <w:rPr>
          <w:rFonts w:ascii="Times New Roman" w:eastAsia="Times New Roman" w:hAnsi="Times New Roman" w:cs="Times New Roman"/>
          <w:lang w:val="it-IT" w:eastAsia="it-IT"/>
        </w:rPr>
        <w:t>s’impegna a svolgere i compiti richiesti nei tempi stabiliti e a curare la piattaforma dedicata;</w:t>
      </w:r>
    </w:p>
    <w:p w14:paraId="49B22636" w14:textId="77777777" w:rsidR="00AD5C5D" w:rsidRPr="00AD5C5D" w:rsidRDefault="00AD5C5D" w:rsidP="00AD5C5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AD5C5D">
        <w:rPr>
          <w:rFonts w:ascii="Times New Roman" w:eastAsia="Times New Roman" w:hAnsi="Times New Roman" w:cs="Times New Roman"/>
          <w:lang w:val="it-IT" w:eastAsia="it-IT"/>
        </w:rPr>
        <w:t>di essere in possesso dei titoli dichiarati nel Curriculum in formato europeo.</w:t>
      </w:r>
    </w:p>
    <w:p w14:paraId="68F84C72" w14:textId="77777777" w:rsidR="00AD5C5D" w:rsidRDefault="00AD5C5D" w:rsidP="00AD5C5D">
      <w:pPr>
        <w:spacing w:after="0" w:line="240" w:lineRule="auto"/>
        <w:rPr>
          <w:rFonts w:ascii="Times New Roman" w:eastAsia="Times New Roman" w:hAnsi="Times New Roman" w:cs="Times New Roman"/>
          <w:lang w:val="it-IT" w:eastAsia="it-IT"/>
        </w:rPr>
      </w:pPr>
      <w:bookmarkStart w:id="0" w:name="_GoBack"/>
      <w:bookmarkEnd w:id="0"/>
    </w:p>
    <w:p w14:paraId="0DCB2AAB" w14:textId="46308C15" w:rsidR="00701E1A" w:rsidRDefault="00701E1A" w:rsidP="00701E1A">
      <w:pPr>
        <w:spacing w:after="0" w:line="240" w:lineRule="auto"/>
        <w:rPr>
          <w:rFonts w:ascii="Times New Roman" w:eastAsia="Times New Roman" w:hAnsi="Times New Roman" w:cs="Times New Roman"/>
          <w:lang w:val="it-IT" w:eastAsia="it-IT"/>
        </w:rPr>
      </w:pPr>
    </w:p>
    <w:p w14:paraId="4F7AD0AD" w14:textId="35A46EE4" w:rsidR="00701E1A" w:rsidRDefault="00701E1A" w:rsidP="00701E1A">
      <w:pPr>
        <w:spacing w:after="0" w:line="240" w:lineRule="auto"/>
        <w:rPr>
          <w:rFonts w:ascii="Times New Roman" w:eastAsia="Times New Roman" w:hAnsi="Times New Roman" w:cs="Times New Roman"/>
          <w:lang w:val="it-IT" w:eastAsia="it-IT"/>
        </w:rPr>
      </w:pPr>
    </w:p>
    <w:p w14:paraId="003EE5D7" w14:textId="652EDFF5" w:rsidR="00701E1A" w:rsidRPr="00701E1A" w:rsidRDefault="00701E1A" w:rsidP="00701E1A">
      <w:pPr>
        <w:spacing w:after="0" w:line="240" w:lineRule="auto"/>
        <w:rPr>
          <w:rFonts w:ascii="Times New Roman" w:eastAsia="Times New Roman" w:hAnsi="Times New Roman" w:cs="Times New Roman"/>
          <w:lang w:val="it-IT" w:eastAsia="it-IT"/>
        </w:rPr>
      </w:pPr>
      <w:r>
        <w:rPr>
          <w:rFonts w:ascii="Times New Roman" w:eastAsia="Times New Roman" w:hAnsi="Times New Roman" w:cs="Times New Roman"/>
          <w:lang w:val="it-IT" w:eastAsia="it-IT"/>
        </w:rPr>
        <w:t>Data____________________________</w:t>
      </w:r>
      <w:r>
        <w:rPr>
          <w:rFonts w:ascii="Times New Roman" w:eastAsia="Times New Roman" w:hAnsi="Times New Roman" w:cs="Times New Roman"/>
          <w:lang w:val="it-IT" w:eastAsia="it-IT"/>
        </w:rPr>
        <w:tab/>
      </w:r>
      <w:r>
        <w:rPr>
          <w:rFonts w:ascii="Times New Roman" w:eastAsia="Times New Roman" w:hAnsi="Times New Roman" w:cs="Times New Roman"/>
          <w:lang w:val="it-IT" w:eastAsia="it-IT"/>
        </w:rPr>
        <w:tab/>
      </w:r>
      <w:r>
        <w:rPr>
          <w:rFonts w:ascii="Times New Roman" w:eastAsia="Times New Roman" w:hAnsi="Times New Roman" w:cs="Times New Roman"/>
          <w:lang w:val="it-IT" w:eastAsia="it-IT"/>
        </w:rPr>
        <w:tab/>
      </w:r>
      <w:r>
        <w:rPr>
          <w:rFonts w:ascii="Times New Roman" w:eastAsia="Times New Roman" w:hAnsi="Times New Roman" w:cs="Times New Roman"/>
          <w:lang w:val="it-IT" w:eastAsia="it-IT"/>
        </w:rPr>
        <w:tab/>
        <w:t>Firma_________________________</w:t>
      </w:r>
    </w:p>
    <w:p w14:paraId="16484336" w14:textId="77777777" w:rsidR="00AF1AC5" w:rsidRDefault="00AF1AC5" w:rsidP="003478F8">
      <w:pPr>
        <w:spacing w:after="0" w:line="240" w:lineRule="auto"/>
        <w:ind w:left="708" w:right="20"/>
        <w:jc w:val="right"/>
      </w:pPr>
    </w:p>
    <w:sectPr w:rsidR="00AF1AC5" w:rsidSect="00701E1A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6C0247"/>
    <w:multiLevelType w:val="multilevel"/>
    <w:tmpl w:val="3D24F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42C3717"/>
    <w:multiLevelType w:val="multilevel"/>
    <w:tmpl w:val="4682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C64BFE"/>
    <w:multiLevelType w:val="multilevel"/>
    <w:tmpl w:val="1E7E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867C81"/>
    <w:multiLevelType w:val="multilevel"/>
    <w:tmpl w:val="5FAC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8A0361"/>
    <w:multiLevelType w:val="multilevel"/>
    <w:tmpl w:val="C1A45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8035A8"/>
    <w:multiLevelType w:val="multilevel"/>
    <w:tmpl w:val="685AB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27528F"/>
    <w:multiLevelType w:val="multilevel"/>
    <w:tmpl w:val="07F0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AE4E3B"/>
    <w:multiLevelType w:val="multilevel"/>
    <w:tmpl w:val="D2E09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D90883"/>
    <w:multiLevelType w:val="multilevel"/>
    <w:tmpl w:val="6260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7"/>
  </w:num>
  <w:num w:numId="11">
    <w:abstractNumId w:val="15"/>
  </w:num>
  <w:num w:numId="12">
    <w:abstractNumId w:val="16"/>
  </w:num>
  <w:num w:numId="13">
    <w:abstractNumId w:val="12"/>
  </w:num>
  <w:num w:numId="14">
    <w:abstractNumId w:val="9"/>
  </w:num>
  <w:num w:numId="15">
    <w:abstractNumId w:val="10"/>
  </w:num>
  <w:num w:numId="16">
    <w:abstractNumId w:val="14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478F8"/>
    <w:rsid w:val="00394D49"/>
    <w:rsid w:val="00701E1A"/>
    <w:rsid w:val="009E615D"/>
    <w:rsid w:val="00AA1D8D"/>
    <w:rsid w:val="00AD5C5D"/>
    <w:rsid w:val="00AF1AC5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F6D0F"/>
  <w14:defaultImageDpi w14:val="300"/>
  <w15:docId w15:val="{43402824-3A8D-4149-98B4-090E41F9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uiPriority w:val="99"/>
    <w:rsid w:val="00AF1AC5"/>
    <w:rPr>
      <w:color w:val="0000FF"/>
      <w:u w:val="single"/>
    </w:rPr>
  </w:style>
  <w:style w:type="paragraph" w:customStyle="1" w:styleId="western">
    <w:name w:val="western"/>
    <w:basedOn w:val="Normale"/>
    <w:rsid w:val="00AF1AC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0"/>
      <w:szCs w:val="20"/>
      <w:lang w:val="it-IT" w:eastAsia="it-IT"/>
    </w:rPr>
  </w:style>
  <w:style w:type="character" w:customStyle="1" w:styleId="Bodytext2">
    <w:name w:val="Body text (2)_"/>
    <w:basedOn w:val="Carpredefinitoparagrafo"/>
    <w:link w:val="Bodytext20"/>
    <w:rsid w:val="003478F8"/>
    <w:rPr>
      <w:rFonts w:ascii="Arial" w:eastAsia="Arial" w:hAnsi="Arial" w:cs="Arial"/>
      <w:b/>
      <w:bCs/>
      <w:color w:val="2C3E50"/>
      <w:sz w:val="18"/>
      <w:szCs w:val="18"/>
      <w:shd w:val="clear" w:color="auto" w:fill="FFFFFF"/>
    </w:rPr>
  </w:style>
  <w:style w:type="character" w:customStyle="1" w:styleId="Other">
    <w:name w:val="Other_"/>
    <w:basedOn w:val="Carpredefinitoparagrafo"/>
    <w:link w:val="Other0"/>
    <w:rsid w:val="003478F8"/>
    <w:rPr>
      <w:rFonts w:ascii="Arial" w:eastAsia="Arial" w:hAnsi="Arial" w:cs="Arial"/>
      <w:color w:val="2C3E50"/>
      <w:sz w:val="19"/>
      <w:szCs w:val="19"/>
      <w:shd w:val="clear" w:color="auto" w:fill="FFFFFF"/>
    </w:rPr>
  </w:style>
  <w:style w:type="character" w:customStyle="1" w:styleId="Tablecaption">
    <w:name w:val="Table caption_"/>
    <w:basedOn w:val="Carpredefinitoparagrafo"/>
    <w:link w:val="Tablecaption0"/>
    <w:rsid w:val="003478F8"/>
    <w:rPr>
      <w:rFonts w:ascii="Arial" w:eastAsia="Arial" w:hAnsi="Arial" w:cs="Arial"/>
      <w:b/>
      <w:bCs/>
      <w:color w:val="1A365D"/>
      <w:sz w:val="20"/>
      <w:szCs w:val="20"/>
      <w:shd w:val="clear" w:color="auto" w:fill="FFFFFF"/>
    </w:rPr>
  </w:style>
  <w:style w:type="character" w:customStyle="1" w:styleId="Heading1">
    <w:name w:val="Heading #1_"/>
    <w:basedOn w:val="Carpredefinitoparagrafo"/>
    <w:link w:val="Heading10"/>
    <w:rsid w:val="003478F8"/>
    <w:rPr>
      <w:rFonts w:ascii="Arial" w:eastAsia="Arial" w:hAnsi="Arial" w:cs="Arial"/>
      <w:b/>
      <w:bCs/>
      <w:color w:val="1A365D"/>
      <w:sz w:val="20"/>
      <w:szCs w:val="20"/>
      <w:shd w:val="clear" w:color="auto" w:fill="FFFFFF"/>
    </w:rPr>
  </w:style>
  <w:style w:type="character" w:customStyle="1" w:styleId="Bodytext3">
    <w:name w:val="Body text (3)_"/>
    <w:basedOn w:val="Carpredefinitoparagrafo"/>
    <w:link w:val="Bodytext30"/>
    <w:rsid w:val="003478F8"/>
    <w:rPr>
      <w:rFonts w:ascii="Arial" w:eastAsia="Arial" w:hAnsi="Arial" w:cs="Arial"/>
      <w:i/>
      <w:iCs/>
      <w:color w:val="2C3E50"/>
      <w:sz w:val="16"/>
      <w:szCs w:val="16"/>
      <w:shd w:val="clear" w:color="auto" w:fill="FFFFFF"/>
    </w:rPr>
  </w:style>
  <w:style w:type="paragraph" w:customStyle="1" w:styleId="Bodytext20">
    <w:name w:val="Body text (2)"/>
    <w:basedOn w:val="Normale"/>
    <w:link w:val="Bodytext2"/>
    <w:rsid w:val="003478F8"/>
    <w:pPr>
      <w:widowControl w:val="0"/>
      <w:shd w:val="clear" w:color="auto" w:fill="FFFFFF"/>
      <w:spacing w:after="110" w:line="240" w:lineRule="auto"/>
    </w:pPr>
    <w:rPr>
      <w:rFonts w:ascii="Arial" w:eastAsia="Arial" w:hAnsi="Arial" w:cs="Arial"/>
      <w:b/>
      <w:bCs/>
      <w:color w:val="2C3E50"/>
      <w:sz w:val="18"/>
      <w:szCs w:val="18"/>
    </w:rPr>
  </w:style>
  <w:style w:type="paragraph" w:customStyle="1" w:styleId="Other0">
    <w:name w:val="Other"/>
    <w:basedOn w:val="Normale"/>
    <w:link w:val="Other"/>
    <w:rsid w:val="003478F8"/>
    <w:pPr>
      <w:widowControl w:val="0"/>
      <w:shd w:val="clear" w:color="auto" w:fill="FFFFFF"/>
      <w:spacing w:after="80" w:line="305" w:lineRule="auto"/>
    </w:pPr>
    <w:rPr>
      <w:rFonts w:ascii="Arial" w:eastAsia="Arial" w:hAnsi="Arial" w:cs="Arial"/>
      <w:color w:val="2C3E50"/>
      <w:sz w:val="19"/>
      <w:szCs w:val="19"/>
    </w:rPr>
  </w:style>
  <w:style w:type="paragraph" w:customStyle="1" w:styleId="Tablecaption0">
    <w:name w:val="Table caption"/>
    <w:basedOn w:val="Normale"/>
    <w:link w:val="Tablecaption"/>
    <w:rsid w:val="003478F8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b/>
      <w:bCs/>
      <w:color w:val="1A365D"/>
      <w:sz w:val="20"/>
      <w:szCs w:val="20"/>
    </w:rPr>
  </w:style>
  <w:style w:type="paragraph" w:customStyle="1" w:styleId="Heading10">
    <w:name w:val="Heading #1"/>
    <w:basedOn w:val="Normale"/>
    <w:link w:val="Heading1"/>
    <w:rsid w:val="003478F8"/>
    <w:pPr>
      <w:widowControl w:val="0"/>
      <w:shd w:val="clear" w:color="auto" w:fill="FFFFFF"/>
      <w:spacing w:after="220" w:line="240" w:lineRule="auto"/>
      <w:outlineLvl w:val="0"/>
    </w:pPr>
    <w:rPr>
      <w:rFonts w:ascii="Arial" w:eastAsia="Arial" w:hAnsi="Arial" w:cs="Arial"/>
      <w:b/>
      <w:bCs/>
      <w:color w:val="1A365D"/>
      <w:sz w:val="20"/>
      <w:szCs w:val="20"/>
    </w:rPr>
  </w:style>
  <w:style w:type="paragraph" w:customStyle="1" w:styleId="Bodytext30">
    <w:name w:val="Body text (3)"/>
    <w:basedOn w:val="Normale"/>
    <w:link w:val="Bodytext3"/>
    <w:rsid w:val="003478F8"/>
    <w:pPr>
      <w:widowControl w:val="0"/>
      <w:shd w:val="clear" w:color="auto" w:fill="FFFFFF"/>
      <w:spacing w:after="220" w:line="341" w:lineRule="auto"/>
      <w:jc w:val="center"/>
    </w:pPr>
    <w:rPr>
      <w:rFonts w:ascii="Arial" w:eastAsia="Arial" w:hAnsi="Arial" w:cs="Arial"/>
      <w:i/>
      <w:iCs/>
      <w:color w:val="2C3E5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20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CCC036-2CDA-4590-9E34-0A0C7532C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CSIC85800T - IC FRASCINETO</cp:lastModifiedBy>
  <cp:revision>3</cp:revision>
  <dcterms:created xsi:type="dcterms:W3CDTF">2026-09-02T06:32:00Z</dcterms:created>
  <dcterms:modified xsi:type="dcterms:W3CDTF">2026-09-02T06:33:00Z</dcterms:modified>
  <cp:category/>
</cp:coreProperties>
</file>