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17101" w14:textId="77777777" w:rsidR="00C32908" w:rsidRPr="00C32908" w:rsidRDefault="00C32908" w:rsidP="00C329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  <w:r w:rsidRPr="00C32908"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  <w:t>ALLEGATO 2</w:t>
      </w:r>
    </w:p>
    <w:p w14:paraId="7398FED0" w14:textId="2BB08D6A" w:rsidR="00C32908" w:rsidRPr="00C32908" w:rsidRDefault="00C32908" w:rsidP="00C32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3290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Tabella di valutazione riferita alla candidatura all’Avviso per la</w:t>
      </w:r>
      <w:r w:rsidR="00297C2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selezione di personale interno</w:t>
      </w:r>
      <w:bookmarkStart w:id="0" w:name="_GoBack"/>
      <w:bookmarkEnd w:id="0"/>
    </w:p>
    <w:p w14:paraId="4F746E64" w14:textId="77777777" w:rsidR="00C32908" w:rsidRPr="00C32908" w:rsidRDefault="00C32908" w:rsidP="00C32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3290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Progetto: ESO4.5.A2.B-FSEPN-CL-2026-148 (Formazione docenti)</w:t>
      </w:r>
    </w:p>
    <w:p w14:paraId="40BBE3D8" w14:textId="49684CA8" w:rsidR="00C32908" w:rsidRPr="00C32908" w:rsidRDefault="00C32908" w:rsidP="00C32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Il/La </w:t>
      </w:r>
      <w:proofErr w:type="spellStart"/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sottoscritt</w:t>
      </w:r>
      <w:proofErr w:type="spellEnd"/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_ ___________________ nato/a </w:t>
      </w:r>
      <w:proofErr w:type="spellStart"/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______________________ il _____________</w:t>
      </w:r>
    </w:p>
    <w:p w14:paraId="0320B66E" w14:textId="77777777" w:rsidR="00C32908" w:rsidRPr="00C32908" w:rsidRDefault="00C32908" w:rsidP="00C32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3290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</w:t>
      </w:r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sotto la propria responsabilità, consapevole delle sanzioni penali nel caso di dichiarazioni mendaci, di formazione o uso di atti falsi, richiamate dall’art. 76 del DPR 445 del 28 dicembre 2000, di essere in possesso dei seguenti titoli valutabili dichiarati espressamente nel curriculum vitae: 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1"/>
        <w:gridCol w:w="1019"/>
        <w:gridCol w:w="863"/>
        <w:gridCol w:w="1399"/>
        <w:gridCol w:w="1290"/>
      </w:tblGrid>
      <w:tr w:rsidR="009E3DF7" w:rsidRPr="00C32908" w14:paraId="31B6D3E2" w14:textId="77777777" w:rsidTr="00297C23">
        <w:trPr>
          <w:cantSplit/>
          <w:trHeight w:val="736"/>
          <w:tblCellSpacing w:w="15" w:type="dxa"/>
        </w:trPr>
        <w:tc>
          <w:tcPr>
            <w:tcW w:w="47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34F16" w14:textId="77777777" w:rsidR="00C32908" w:rsidRPr="009E3DF7" w:rsidRDefault="00C32908" w:rsidP="00D22C24">
            <w:pPr>
              <w:pStyle w:val="Nessunaspaziatura"/>
              <w:jc w:val="center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TITOLO</w:t>
            </w:r>
          </w:p>
        </w:tc>
        <w:tc>
          <w:tcPr>
            <w:tcW w:w="98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DD085" w14:textId="77777777" w:rsidR="00C32908" w:rsidRPr="009E3DF7" w:rsidRDefault="00C32908" w:rsidP="00D22C24">
            <w:pPr>
              <w:pStyle w:val="Nessunaspaziatura"/>
              <w:jc w:val="center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PUNTI</w:t>
            </w:r>
          </w:p>
        </w:tc>
        <w:tc>
          <w:tcPr>
            <w:tcW w:w="83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53A68" w14:textId="77777777" w:rsidR="00C32908" w:rsidRPr="009E3DF7" w:rsidRDefault="00C32908" w:rsidP="00D22C24">
            <w:pPr>
              <w:pStyle w:val="Nessunaspaziatura"/>
              <w:jc w:val="center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MAX</w:t>
            </w:r>
          </w:p>
        </w:tc>
        <w:tc>
          <w:tcPr>
            <w:tcW w:w="136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E9B8C" w14:textId="77777777" w:rsidR="00C32908" w:rsidRPr="009E3DF7" w:rsidRDefault="00C32908" w:rsidP="00D22C24">
            <w:pPr>
              <w:pStyle w:val="Nessunaspaziatura"/>
              <w:jc w:val="center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Spazio riservato al candidato</w:t>
            </w: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215B1" w14:textId="77777777" w:rsidR="00C32908" w:rsidRPr="009E3DF7" w:rsidRDefault="00C32908" w:rsidP="00D22C24">
            <w:pPr>
              <w:pStyle w:val="Nessunaspaziatura"/>
              <w:jc w:val="center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Spazio riservato alla scuola</w:t>
            </w:r>
          </w:p>
        </w:tc>
      </w:tr>
      <w:tr w:rsidR="009E3DF7" w:rsidRPr="00C32908" w14:paraId="1A5E0779" w14:textId="77777777" w:rsidTr="00297C23">
        <w:trPr>
          <w:cantSplit/>
          <w:trHeight w:val="1195"/>
          <w:tblCellSpacing w:w="15" w:type="dxa"/>
        </w:trPr>
        <w:tc>
          <w:tcPr>
            <w:tcW w:w="47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B61DD" w14:textId="4F0E345E" w:rsidR="00C32908" w:rsidRPr="009E3DF7" w:rsidRDefault="00297C23" w:rsidP="009E3DF7">
            <w:pPr>
              <w:pStyle w:val="Nessunaspaziatura"/>
              <w:rPr>
                <w:lang w:val="it-IT" w:eastAsia="it-IT"/>
              </w:rPr>
            </w:pPr>
            <w:r>
              <w:rPr>
                <w:lang w:val="it-IT" w:eastAsia="it-IT"/>
              </w:rPr>
              <w:t>Per ogni anno di servizio come collaboratore scolastico</w:t>
            </w:r>
          </w:p>
        </w:tc>
        <w:tc>
          <w:tcPr>
            <w:tcW w:w="98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6302D" w14:textId="4EE6583C" w:rsidR="00C32908" w:rsidRPr="009E3DF7" w:rsidRDefault="00297C23" w:rsidP="009E3DF7">
            <w:pPr>
              <w:pStyle w:val="Nessunaspaziatura"/>
              <w:rPr>
                <w:lang w:val="it-IT" w:eastAsia="it-IT"/>
              </w:rPr>
            </w:pPr>
            <w:r>
              <w:rPr>
                <w:lang w:val="it-IT" w:eastAsia="it-IT"/>
              </w:rPr>
              <w:t>1</w:t>
            </w:r>
          </w:p>
        </w:tc>
        <w:tc>
          <w:tcPr>
            <w:tcW w:w="83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326D6" w14:textId="5C1BD781" w:rsidR="00C32908" w:rsidRPr="009E3DF7" w:rsidRDefault="00297C23" w:rsidP="009E3DF7">
            <w:pPr>
              <w:pStyle w:val="Nessunaspaziatura"/>
              <w:rPr>
                <w:lang w:val="it-IT" w:eastAsia="it-IT"/>
              </w:rPr>
            </w:pPr>
            <w:r>
              <w:rPr>
                <w:lang w:val="it-IT" w:eastAsia="it-IT"/>
              </w:rPr>
              <w:t>40</w:t>
            </w:r>
          </w:p>
        </w:tc>
        <w:tc>
          <w:tcPr>
            <w:tcW w:w="136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359637" w14:textId="77777777" w:rsidR="00C32908" w:rsidRPr="009E3DF7" w:rsidRDefault="00C32908" w:rsidP="009E3DF7">
            <w:pPr>
              <w:pStyle w:val="Nessunaspaziatura"/>
              <w:rPr>
                <w:lang w:val="it-IT" w:eastAsia="it-IT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097D7" w14:textId="77777777" w:rsidR="00C32908" w:rsidRPr="009E3DF7" w:rsidRDefault="00C32908" w:rsidP="009E3DF7">
            <w:pPr>
              <w:pStyle w:val="Nessunaspaziatura"/>
              <w:rPr>
                <w:lang w:val="it-IT" w:eastAsia="it-IT"/>
              </w:rPr>
            </w:pPr>
          </w:p>
        </w:tc>
      </w:tr>
      <w:tr w:rsidR="009E3DF7" w:rsidRPr="00C32908" w14:paraId="027F6AC8" w14:textId="77777777" w:rsidTr="00297C23">
        <w:trPr>
          <w:cantSplit/>
          <w:trHeight w:val="20"/>
          <w:tblCellSpacing w:w="15" w:type="dxa"/>
        </w:trPr>
        <w:tc>
          <w:tcPr>
            <w:tcW w:w="473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42BED" w14:textId="33274CB3" w:rsidR="00C32908" w:rsidRPr="009E3DF7" w:rsidRDefault="00C32908" w:rsidP="00297C23">
            <w:pPr>
              <w:pStyle w:val="Nessunaspaziatura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Per ogni incarico precedente nell’ambito dei PON - FSE - POR / PNRR</w:t>
            </w:r>
          </w:p>
        </w:tc>
        <w:tc>
          <w:tcPr>
            <w:tcW w:w="98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05ED3D" w14:textId="77777777" w:rsidR="00C32908" w:rsidRPr="009E3DF7" w:rsidRDefault="00C32908" w:rsidP="009E3DF7">
            <w:pPr>
              <w:pStyle w:val="Nessunaspaziatura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2</w:t>
            </w:r>
          </w:p>
        </w:tc>
        <w:tc>
          <w:tcPr>
            <w:tcW w:w="83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6B1FF5" w14:textId="05B64AE5" w:rsidR="00C32908" w:rsidRPr="009E3DF7" w:rsidRDefault="00C32908" w:rsidP="009E3DF7">
            <w:pPr>
              <w:pStyle w:val="Nessunaspaziatura"/>
              <w:rPr>
                <w:lang w:val="it-IT" w:eastAsia="it-IT"/>
              </w:rPr>
            </w:pPr>
            <w:r w:rsidRPr="009E3DF7">
              <w:rPr>
                <w:lang w:val="it-IT" w:eastAsia="it-IT"/>
              </w:rPr>
              <w:t>6</w:t>
            </w:r>
            <w:r w:rsidR="00297C23">
              <w:rPr>
                <w:lang w:val="it-IT" w:eastAsia="it-IT"/>
              </w:rPr>
              <w:t>0</w:t>
            </w:r>
          </w:p>
        </w:tc>
        <w:tc>
          <w:tcPr>
            <w:tcW w:w="136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5AD41" w14:textId="77777777" w:rsidR="00C32908" w:rsidRPr="009E3DF7" w:rsidRDefault="00C32908" w:rsidP="009E3DF7">
            <w:pPr>
              <w:pStyle w:val="Nessunaspaziatura"/>
              <w:rPr>
                <w:lang w:val="it-IT" w:eastAsia="it-IT"/>
              </w:rPr>
            </w:pPr>
          </w:p>
        </w:tc>
        <w:tc>
          <w:tcPr>
            <w:tcW w:w="124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479BE" w14:textId="77777777" w:rsidR="00C32908" w:rsidRPr="009E3DF7" w:rsidRDefault="00C32908" w:rsidP="009E3DF7">
            <w:pPr>
              <w:pStyle w:val="Nessunaspaziatura"/>
              <w:rPr>
                <w:lang w:val="it-IT" w:eastAsia="it-IT"/>
              </w:rPr>
            </w:pPr>
          </w:p>
        </w:tc>
      </w:tr>
    </w:tbl>
    <w:p w14:paraId="437B39B5" w14:textId="77777777" w:rsidR="00C32908" w:rsidRPr="00C32908" w:rsidRDefault="00C32908" w:rsidP="00C32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Data ______________________</w:t>
      </w:r>
    </w:p>
    <w:p w14:paraId="6961BFAD" w14:textId="77777777" w:rsidR="00C32908" w:rsidRPr="00C32908" w:rsidRDefault="00C32908" w:rsidP="00C329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3290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Firma ______________________________</w:t>
      </w:r>
    </w:p>
    <w:p w14:paraId="16484336" w14:textId="77777777" w:rsidR="00AF1AC5" w:rsidRPr="00C32908" w:rsidRDefault="00AF1AC5" w:rsidP="00C32908"/>
    <w:sectPr w:rsidR="00AF1AC5" w:rsidRPr="00C32908" w:rsidSect="00701E1A">
      <w:pgSz w:w="12240" w:h="15840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36C0247"/>
    <w:multiLevelType w:val="multilevel"/>
    <w:tmpl w:val="3D24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42C3717"/>
    <w:multiLevelType w:val="multilevel"/>
    <w:tmpl w:val="4682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FC64BFE"/>
    <w:multiLevelType w:val="multilevel"/>
    <w:tmpl w:val="1E7E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867C81"/>
    <w:multiLevelType w:val="multilevel"/>
    <w:tmpl w:val="5FAC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8A0361"/>
    <w:multiLevelType w:val="multilevel"/>
    <w:tmpl w:val="C1A45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8035A8"/>
    <w:multiLevelType w:val="multilevel"/>
    <w:tmpl w:val="685A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27528F"/>
    <w:multiLevelType w:val="multilevel"/>
    <w:tmpl w:val="07F0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AE4E3B"/>
    <w:multiLevelType w:val="multilevel"/>
    <w:tmpl w:val="D2E0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D90883"/>
    <w:multiLevelType w:val="multilevel"/>
    <w:tmpl w:val="6260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5"/>
  </w:num>
  <w:num w:numId="12">
    <w:abstractNumId w:val="16"/>
  </w:num>
  <w:num w:numId="13">
    <w:abstractNumId w:val="12"/>
  </w:num>
  <w:num w:numId="14">
    <w:abstractNumId w:val="9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97C23"/>
    <w:rsid w:val="00326F90"/>
    <w:rsid w:val="003478F8"/>
    <w:rsid w:val="00394D49"/>
    <w:rsid w:val="00701E1A"/>
    <w:rsid w:val="009E3DF7"/>
    <w:rsid w:val="009E615D"/>
    <w:rsid w:val="00AA1D8D"/>
    <w:rsid w:val="00AD5C5D"/>
    <w:rsid w:val="00AF1AC5"/>
    <w:rsid w:val="00B47730"/>
    <w:rsid w:val="00C32908"/>
    <w:rsid w:val="00CB0664"/>
    <w:rsid w:val="00D22C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F6D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rsid w:val="00AF1AC5"/>
    <w:rPr>
      <w:color w:val="0000FF"/>
      <w:u w:val="single"/>
    </w:rPr>
  </w:style>
  <w:style w:type="paragraph" w:customStyle="1" w:styleId="western">
    <w:name w:val="western"/>
    <w:basedOn w:val="Normale"/>
    <w:rsid w:val="00AF1AC5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  <w:style w:type="character" w:customStyle="1" w:styleId="Bodytext2">
    <w:name w:val="Body text (2)_"/>
    <w:basedOn w:val="Carpredefinitoparagrafo"/>
    <w:link w:val="Bodytext20"/>
    <w:rsid w:val="003478F8"/>
    <w:rPr>
      <w:rFonts w:ascii="Arial" w:eastAsia="Arial" w:hAnsi="Arial" w:cs="Arial"/>
      <w:b/>
      <w:bCs/>
      <w:color w:val="2C3E50"/>
      <w:sz w:val="18"/>
      <w:szCs w:val="18"/>
      <w:shd w:val="clear" w:color="auto" w:fill="FFFFFF"/>
    </w:rPr>
  </w:style>
  <w:style w:type="character" w:customStyle="1" w:styleId="Other">
    <w:name w:val="Other_"/>
    <w:basedOn w:val="Carpredefinitoparagrafo"/>
    <w:link w:val="Other0"/>
    <w:rsid w:val="003478F8"/>
    <w:rPr>
      <w:rFonts w:ascii="Arial" w:eastAsia="Arial" w:hAnsi="Arial" w:cs="Arial"/>
      <w:color w:val="2C3E50"/>
      <w:sz w:val="19"/>
      <w:szCs w:val="19"/>
      <w:shd w:val="clear" w:color="auto" w:fill="FFFFFF"/>
    </w:rPr>
  </w:style>
  <w:style w:type="character" w:customStyle="1" w:styleId="Tablecaption">
    <w:name w:val="Table caption_"/>
    <w:basedOn w:val="Carpredefinitoparagrafo"/>
    <w:link w:val="Tablecaption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Heading1">
    <w:name w:val="Heading #1_"/>
    <w:basedOn w:val="Carpredefinitoparagrafo"/>
    <w:link w:val="Heading1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Bodytext3">
    <w:name w:val="Body text (3)_"/>
    <w:basedOn w:val="Carpredefinitoparagrafo"/>
    <w:link w:val="Bodytext30"/>
    <w:rsid w:val="003478F8"/>
    <w:rPr>
      <w:rFonts w:ascii="Arial" w:eastAsia="Arial" w:hAnsi="Arial" w:cs="Arial"/>
      <w:i/>
      <w:iCs/>
      <w:color w:val="2C3E50"/>
      <w:sz w:val="16"/>
      <w:szCs w:val="16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3478F8"/>
    <w:pPr>
      <w:widowControl w:val="0"/>
      <w:shd w:val="clear" w:color="auto" w:fill="FFFFFF"/>
      <w:spacing w:after="110" w:line="240" w:lineRule="auto"/>
    </w:pPr>
    <w:rPr>
      <w:rFonts w:ascii="Arial" w:eastAsia="Arial" w:hAnsi="Arial" w:cs="Arial"/>
      <w:b/>
      <w:bCs/>
      <w:color w:val="2C3E50"/>
      <w:sz w:val="18"/>
      <w:szCs w:val="18"/>
    </w:rPr>
  </w:style>
  <w:style w:type="paragraph" w:customStyle="1" w:styleId="Other0">
    <w:name w:val="Other"/>
    <w:basedOn w:val="Normale"/>
    <w:link w:val="Other"/>
    <w:rsid w:val="003478F8"/>
    <w:pPr>
      <w:widowControl w:val="0"/>
      <w:shd w:val="clear" w:color="auto" w:fill="FFFFFF"/>
      <w:spacing w:after="80" w:line="305" w:lineRule="auto"/>
    </w:pPr>
    <w:rPr>
      <w:rFonts w:ascii="Arial" w:eastAsia="Arial" w:hAnsi="Arial" w:cs="Arial"/>
      <w:color w:val="2C3E50"/>
      <w:sz w:val="19"/>
      <w:szCs w:val="19"/>
    </w:rPr>
  </w:style>
  <w:style w:type="paragraph" w:customStyle="1" w:styleId="Tablecaption0">
    <w:name w:val="Table caption"/>
    <w:basedOn w:val="Normale"/>
    <w:link w:val="Tablecaption"/>
    <w:rsid w:val="003478F8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Heading10">
    <w:name w:val="Heading #1"/>
    <w:basedOn w:val="Normale"/>
    <w:link w:val="Heading1"/>
    <w:rsid w:val="003478F8"/>
    <w:pPr>
      <w:widowControl w:val="0"/>
      <w:shd w:val="clear" w:color="auto" w:fill="FFFFFF"/>
      <w:spacing w:after="220" w:line="240" w:lineRule="auto"/>
      <w:outlineLvl w:val="0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Bodytext30">
    <w:name w:val="Body text (3)"/>
    <w:basedOn w:val="Normale"/>
    <w:link w:val="Bodytext3"/>
    <w:rsid w:val="003478F8"/>
    <w:pPr>
      <w:widowControl w:val="0"/>
      <w:shd w:val="clear" w:color="auto" w:fill="FFFFFF"/>
      <w:spacing w:after="220" w:line="341" w:lineRule="auto"/>
      <w:jc w:val="center"/>
    </w:pPr>
    <w:rPr>
      <w:rFonts w:ascii="Arial" w:eastAsia="Arial" w:hAnsi="Arial" w:cs="Arial"/>
      <w:i/>
      <w:iCs/>
      <w:color w:val="2C3E5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rsid w:val="00AF1AC5"/>
    <w:rPr>
      <w:color w:val="0000FF"/>
      <w:u w:val="single"/>
    </w:rPr>
  </w:style>
  <w:style w:type="paragraph" w:customStyle="1" w:styleId="western">
    <w:name w:val="western"/>
    <w:basedOn w:val="Normale"/>
    <w:rsid w:val="00AF1AC5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  <w:style w:type="character" w:customStyle="1" w:styleId="Bodytext2">
    <w:name w:val="Body text (2)_"/>
    <w:basedOn w:val="Carpredefinitoparagrafo"/>
    <w:link w:val="Bodytext20"/>
    <w:rsid w:val="003478F8"/>
    <w:rPr>
      <w:rFonts w:ascii="Arial" w:eastAsia="Arial" w:hAnsi="Arial" w:cs="Arial"/>
      <w:b/>
      <w:bCs/>
      <w:color w:val="2C3E50"/>
      <w:sz w:val="18"/>
      <w:szCs w:val="18"/>
      <w:shd w:val="clear" w:color="auto" w:fill="FFFFFF"/>
    </w:rPr>
  </w:style>
  <w:style w:type="character" w:customStyle="1" w:styleId="Other">
    <w:name w:val="Other_"/>
    <w:basedOn w:val="Carpredefinitoparagrafo"/>
    <w:link w:val="Other0"/>
    <w:rsid w:val="003478F8"/>
    <w:rPr>
      <w:rFonts w:ascii="Arial" w:eastAsia="Arial" w:hAnsi="Arial" w:cs="Arial"/>
      <w:color w:val="2C3E50"/>
      <w:sz w:val="19"/>
      <w:szCs w:val="19"/>
      <w:shd w:val="clear" w:color="auto" w:fill="FFFFFF"/>
    </w:rPr>
  </w:style>
  <w:style w:type="character" w:customStyle="1" w:styleId="Tablecaption">
    <w:name w:val="Table caption_"/>
    <w:basedOn w:val="Carpredefinitoparagrafo"/>
    <w:link w:val="Tablecaption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Heading1">
    <w:name w:val="Heading #1_"/>
    <w:basedOn w:val="Carpredefinitoparagrafo"/>
    <w:link w:val="Heading1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Bodytext3">
    <w:name w:val="Body text (3)_"/>
    <w:basedOn w:val="Carpredefinitoparagrafo"/>
    <w:link w:val="Bodytext30"/>
    <w:rsid w:val="003478F8"/>
    <w:rPr>
      <w:rFonts w:ascii="Arial" w:eastAsia="Arial" w:hAnsi="Arial" w:cs="Arial"/>
      <w:i/>
      <w:iCs/>
      <w:color w:val="2C3E50"/>
      <w:sz w:val="16"/>
      <w:szCs w:val="16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3478F8"/>
    <w:pPr>
      <w:widowControl w:val="0"/>
      <w:shd w:val="clear" w:color="auto" w:fill="FFFFFF"/>
      <w:spacing w:after="110" w:line="240" w:lineRule="auto"/>
    </w:pPr>
    <w:rPr>
      <w:rFonts w:ascii="Arial" w:eastAsia="Arial" w:hAnsi="Arial" w:cs="Arial"/>
      <w:b/>
      <w:bCs/>
      <w:color w:val="2C3E50"/>
      <w:sz w:val="18"/>
      <w:szCs w:val="18"/>
    </w:rPr>
  </w:style>
  <w:style w:type="paragraph" w:customStyle="1" w:styleId="Other0">
    <w:name w:val="Other"/>
    <w:basedOn w:val="Normale"/>
    <w:link w:val="Other"/>
    <w:rsid w:val="003478F8"/>
    <w:pPr>
      <w:widowControl w:val="0"/>
      <w:shd w:val="clear" w:color="auto" w:fill="FFFFFF"/>
      <w:spacing w:after="80" w:line="305" w:lineRule="auto"/>
    </w:pPr>
    <w:rPr>
      <w:rFonts w:ascii="Arial" w:eastAsia="Arial" w:hAnsi="Arial" w:cs="Arial"/>
      <w:color w:val="2C3E50"/>
      <w:sz w:val="19"/>
      <w:szCs w:val="19"/>
    </w:rPr>
  </w:style>
  <w:style w:type="paragraph" w:customStyle="1" w:styleId="Tablecaption0">
    <w:name w:val="Table caption"/>
    <w:basedOn w:val="Normale"/>
    <w:link w:val="Tablecaption"/>
    <w:rsid w:val="003478F8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Heading10">
    <w:name w:val="Heading #1"/>
    <w:basedOn w:val="Normale"/>
    <w:link w:val="Heading1"/>
    <w:rsid w:val="003478F8"/>
    <w:pPr>
      <w:widowControl w:val="0"/>
      <w:shd w:val="clear" w:color="auto" w:fill="FFFFFF"/>
      <w:spacing w:after="220" w:line="240" w:lineRule="auto"/>
      <w:outlineLvl w:val="0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Bodytext30">
    <w:name w:val="Body text (3)"/>
    <w:basedOn w:val="Normale"/>
    <w:link w:val="Bodytext3"/>
    <w:rsid w:val="003478F8"/>
    <w:pPr>
      <w:widowControl w:val="0"/>
      <w:shd w:val="clear" w:color="auto" w:fill="FFFFFF"/>
      <w:spacing w:after="220" w:line="341" w:lineRule="auto"/>
      <w:jc w:val="center"/>
    </w:pPr>
    <w:rPr>
      <w:rFonts w:ascii="Arial" w:eastAsia="Arial" w:hAnsi="Arial" w:cs="Arial"/>
      <w:i/>
      <w:iCs/>
      <w:color w:val="2C3E5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C17832-82AE-417A-9FF5-0A38BC04D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Roberto Ferraro</cp:lastModifiedBy>
  <cp:revision>4</cp:revision>
  <dcterms:created xsi:type="dcterms:W3CDTF">2026-09-02T06:39:00Z</dcterms:created>
  <dcterms:modified xsi:type="dcterms:W3CDTF">2026-10-07T14:07:00Z</dcterms:modified>
  <cp:category/>
</cp:coreProperties>
</file>