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28CC03" w14:textId="77777777" w:rsidR="00701E1A" w:rsidRPr="00701E1A" w:rsidRDefault="00701E1A" w:rsidP="00701E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val="it-IT" w:eastAsia="it-IT"/>
        </w:rPr>
      </w:pPr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ALLEGATO 1</w:t>
      </w:r>
    </w:p>
    <w:p w14:paraId="36275898" w14:textId="77777777" w:rsidR="00701E1A" w:rsidRPr="00701E1A" w:rsidRDefault="00701E1A" w:rsidP="00701E1A">
      <w:pPr>
        <w:spacing w:after="0" w:line="240" w:lineRule="auto"/>
        <w:jc w:val="right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AL DIRIGENTE SCOLASTICO</w:t>
      </w:r>
    </w:p>
    <w:p w14:paraId="1E7EA054" w14:textId="77777777" w:rsidR="00701E1A" w:rsidRPr="00701E1A" w:rsidRDefault="00701E1A" w:rsidP="00701E1A">
      <w:pPr>
        <w:spacing w:after="0" w:line="240" w:lineRule="auto"/>
        <w:jc w:val="right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I.O. LUNGRO</w:t>
      </w:r>
    </w:p>
    <w:p w14:paraId="32747035" w14:textId="77777777" w:rsidR="00701E1A" w:rsidRDefault="00701E1A" w:rsidP="00701E1A">
      <w:pPr>
        <w:spacing w:after="0" w:line="360" w:lineRule="auto"/>
        <w:rPr>
          <w:rFonts w:ascii="Times New Roman" w:eastAsia="Times New Roman" w:hAnsi="Times New Roman" w:cs="Times New Roman"/>
          <w:lang w:val="it-IT" w:eastAsia="it-IT"/>
        </w:rPr>
      </w:pPr>
    </w:p>
    <w:p w14:paraId="7AD97993" w14:textId="3774423F" w:rsidR="00701E1A" w:rsidRPr="00701E1A" w:rsidRDefault="00701E1A" w:rsidP="00701E1A">
      <w:pPr>
        <w:spacing w:after="0" w:line="36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Il/La sottoscritto/a __________________________, nato/a </w:t>
      </w:r>
      <w:proofErr w:type="spellStart"/>
      <w:r w:rsidRPr="00701E1A">
        <w:rPr>
          <w:rFonts w:ascii="Times New Roman" w:eastAsia="Times New Roman" w:hAnsi="Times New Roman" w:cs="Times New Roman"/>
          <w:lang w:val="it-IT" w:eastAsia="it-IT"/>
        </w:rPr>
        <w:t>a</w:t>
      </w:r>
      <w:proofErr w:type="spellEnd"/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 ______</w:t>
      </w:r>
      <w:r>
        <w:rPr>
          <w:rFonts w:ascii="Times New Roman" w:eastAsia="Times New Roman" w:hAnsi="Times New Roman" w:cs="Times New Roman"/>
          <w:lang w:val="it-IT" w:eastAsia="it-IT"/>
        </w:rPr>
        <w:t>___</w:t>
      </w:r>
      <w:r w:rsidRPr="00701E1A">
        <w:rPr>
          <w:rFonts w:ascii="Times New Roman" w:eastAsia="Times New Roman" w:hAnsi="Times New Roman" w:cs="Times New Roman"/>
          <w:lang w:val="it-IT" w:eastAsia="it-IT"/>
        </w:rPr>
        <w:t>_____</w:t>
      </w:r>
      <w:r>
        <w:rPr>
          <w:rFonts w:ascii="Times New Roman" w:eastAsia="Times New Roman" w:hAnsi="Times New Roman" w:cs="Times New Roman"/>
          <w:lang w:val="it-IT" w:eastAsia="it-IT"/>
        </w:rPr>
        <w:t>__</w:t>
      </w: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____________ (   ), </w:t>
      </w:r>
      <w:r>
        <w:rPr>
          <w:rFonts w:ascii="Times New Roman" w:eastAsia="Times New Roman" w:hAnsi="Times New Roman" w:cs="Times New Roman"/>
          <w:lang w:val="it-IT" w:eastAsia="it-IT"/>
        </w:rPr>
        <w:t xml:space="preserve">        il __________________________</w:t>
      </w: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C.F.: ___________________________________________________, residente </w:t>
      </w:r>
      <w:r>
        <w:rPr>
          <w:rFonts w:ascii="Times New Roman" w:eastAsia="Times New Roman" w:hAnsi="Times New Roman" w:cs="Times New Roman"/>
          <w:lang w:val="it-IT" w:eastAsia="it-IT"/>
        </w:rPr>
        <w:t xml:space="preserve">a </w:t>
      </w: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_________________________________________________________________ (   )  via/piazza ______________________________________ </w:t>
      </w:r>
      <w:proofErr w:type="spellStart"/>
      <w:r w:rsidRPr="00701E1A">
        <w:rPr>
          <w:rFonts w:ascii="Times New Roman" w:eastAsia="Times New Roman" w:hAnsi="Times New Roman" w:cs="Times New Roman"/>
          <w:lang w:val="it-IT" w:eastAsia="it-IT"/>
        </w:rPr>
        <w:t>cell</w:t>
      </w:r>
      <w:proofErr w:type="spellEnd"/>
      <w:r w:rsidRPr="00701E1A">
        <w:rPr>
          <w:rFonts w:ascii="Times New Roman" w:eastAsia="Times New Roman" w:hAnsi="Times New Roman" w:cs="Times New Roman"/>
          <w:lang w:val="it-IT" w:eastAsia="it-IT"/>
        </w:rPr>
        <w:t>. _____________________</w:t>
      </w:r>
      <w:r>
        <w:rPr>
          <w:rFonts w:ascii="Times New Roman" w:eastAsia="Times New Roman" w:hAnsi="Times New Roman" w:cs="Times New Roman"/>
          <w:lang w:val="it-IT" w:eastAsia="it-IT"/>
        </w:rPr>
        <w:t>________</w:t>
      </w: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___, e-mail ______________________________________ </w:t>
      </w:r>
    </w:p>
    <w:p w14:paraId="0419EC0D" w14:textId="77777777" w:rsidR="00701E1A" w:rsidRPr="00701E1A" w:rsidRDefault="00701E1A" w:rsidP="00701E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avendo preso visione dell'avviso di selezione per il progetto </w:t>
      </w:r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ESO4.5.A2.B-FSEPN-CL-2026-148</w:t>
      </w: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, in qualità di: </w:t>
      </w:r>
    </w:p>
    <w:p w14:paraId="718154B5" w14:textId="77777777" w:rsidR="00701E1A" w:rsidRPr="00701E1A" w:rsidRDefault="00701E1A" w:rsidP="00701E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>Personale interno [ ]</w:t>
      </w:r>
    </w:p>
    <w:p w14:paraId="76EF0E45" w14:textId="77777777" w:rsidR="00701E1A" w:rsidRPr="00701E1A" w:rsidRDefault="00701E1A" w:rsidP="00701E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val="it-IT" w:eastAsia="it-IT"/>
        </w:rPr>
      </w:pPr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C H I E D E</w:t>
      </w:r>
    </w:p>
    <w:p w14:paraId="0C68A22A" w14:textId="1ADB5F0F" w:rsidR="00701E1A" w:rsidRPr="00701E1A" w:rsidRDefault="00701E1A" w:rsidP="004A08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 alla S.V. di partecipare alla selezione per il conferimento di incarico in qualità di </w:t>
      </w:r>
      <w:r w:rsidR="004A0870">
        <w:rPr>
          <w:rFonts w:ascii="Times New Roman" w:eastAsia="Times New Roman" w:hAnsi="Times New Roman" w:cs="Times New Roman"/>
          <w:lang w:val="it-IT" w:eastAsia="it-IT"/>
        </w:rPr>
        <w:t>collaboratore scolastico per</w:t>
      </w: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 il seguente percorso formativo (barrare il modulo di interesse): </w:t>
      </w:r>
    </w:p>
    <w:p w14:paraId="2521E83F" w14:textId="7438EC70" w:rsidR="00701E1A" w:rsidRPr="00701E1A" w:rsidRDefault="00701E1A" w:rsidP="00701E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[ ] </w:t>
      </w:r>
      <w:proofErr w:type="spellStart"/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Mod</w:t>
      </w:r>
      <w:proofErr w:type="spellEnd"/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. 1:</w:t>
      </w: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 L'Agire Riflessivo nella didattica </w:t>
      </w:r>
    </w:p>
    <w:p w14:paraId="20D77B33" w14:textId="29DFFEDC" w:rsidR="00701E1A" w:rsidRPr="00701E1A" w:rsidRDefault="00701E1A" w:rsidP="00701E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[ ] </w:t>
      </w:r>
      <w:proofErr w:type="spellStart"/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Mod</w:t>
      </w:r>
      <w:proofErr w:type="spellEnd"/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. 2:</w:t>
      </w: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 Architetture Didattiche e Innovazione Metodologica </w:t>
      </w:r>
      <w:bookmarkStart w:id="0" w:name="_GoBack"/>
      <w:bookmarkEnd w:id="0"/>
    </w:p>
    <w:p w14:paraId="059E23DB" w14:textId="77777777" w:rsidR="00701E1A" w:rsidRPr="00701E1A" w:rsidRDefault="00701E1A" w:rsidP="00701E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A tal fine </w:t>
      </w:r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dichiara</w:t>
      </w:r>
      <w:r w:rsidRPr="00701E1A">
        <w:rPr>
          <w:rFonts w:ascii="Times New Roman" w:eastAsia="Times New Roman" w:hAnsi="Times New Roman" w:cs="Times New Roman"/>
          <w:lang w:val="it-IT" w:eastAsia="it-IT"/>
        </w:rPr>
        <w:t>: (barrare le dichiarazioni rese)</w:t>
      </w:r>
    </w:p>
    <w:p w14:paraId="1ED2313F" w14:textId="77777777" w:rsidR="00701E1A" w:rsidRPr="00701E1A" w:rsidRDefault="00701E1A" w:rsidP="00701E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[ ] di essere cittadino italiano (o </w:t>
      </w:r>
      <w:proofErr w:type="spellStart"/>
      <w:r w:rsidRPr="00701E1A">
        <w:rPr>
          <w:rFonts w:ascii="Times New Roman" w:eastAsia="Times New Roman" w:hAnsi="Times New Roman" w:cs="Times New Roman"/>
          <w:lang w:val="it-IT" w:eastAsia="it-IT"/>
        </w:rPr>
        <w:t>equip</w:t>
      </w:r>
      <w:proofErr w:type="spellEnd"/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 E.U.)</w:t>
      </w:r>
    </w:p>
    <w:p w14:paraId="00B80992" w14:textId="77777777" w:rsidR="00701E1A" w:rsidRPr="00701E1A" w:rsidRDefault="00701E1A" w:rsidP="00701E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>[ ] di godere dei diritti politici</w:t>
      </w:r>
    </w:p>
    <w:p w14:paraId="2F53C4B0" w14:textId="77777777" w:rsidR="00701E1A" w:rsidRPr="00701E1A" w:rsidRDefault="00701E1A" w:rsidP="00701E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>[ ] di non essere a conoscenza di procedimenti penali a suo carico né di essere stato condannato a seguito di procedimenti penali</w:t>
      </w:r>
    </w:p>
    <w:p w14:paraId="3BAD5294" w14:textId="77777777" w:rsidR="00701E1A" w:rsidRPr="00701E1A" w:rsidRDefault="00701E1A" w:rsidP="00701E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>[ ] di non essere stato destituito da pubblico impiego</w:t>
      </w:r>
    </w:p>
    <w:p w14:paraId="0345D76A" w14:textId="77777777" w:rsidR="00701E1A" w:rsidRPr="00701E1A" w:rsidRDefault="00701E1A" w:rsidP="00701E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>[ ] di essere in possesso di sana e robusta costituzione</w:t>
      </w:r>
    </w:p>
    <w:p w14:paraId="2965BEFF" w14:textId="77777777" w:rsidR="00701E1A" w:rsidRPr="00701E1A" w:rsidRDefault="00701E1A" w:rsidP="00701E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>[ ] di non trovarsi in alcuna posizione di incompatibilità con il pubblico impiego</w:t>
      </w:r>
    </w:p>
    <w:p w14:paraId="3F5D0D0A" w14:textId="77777777" w:rsidR="00701E1A" w:rsidRPr="00701E1A" w:rsidRDefault="00701E1A" w:rsidP="00701E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>A tal fine dichiara sotto la propria responsabilità che tale dichiarazione è veritiera ed acconsente ad eventuali controlli che l’Istituto scolastico potrà porre in essere.</w:t>
      </w:r>
    </w:p>
    <w:p w14:paraId="6FC9FF4A" w14:textId="77777777" w:rsidR="00701E1A" w:rsidRPr="00701E1A" w:rsidRDefault="00701E1A" w:rsidP="00701E1A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b/>
          <w:bCs/>
          <w:lang w:val="it-IT" w:eastAsia="it-IT"/>
        </w:rPr>
        <w:t>Alla presente istanza allega:</w:t>
      </w:r>
    </w:p>
    <w:p w14:paraId="33539EBD" w14:textId="77777777" w:rsidR="00701E1A" w:rsidRPr="00701E1A" w:rsidRDefault="00701E1A" w:rsidP="00701E1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Curriculum vitae in formato europeo (debitamente datato, sottoscritto e con evidenza dei titoli valutabili). </w:t>
      </w:r>
    </w:p>
    <w:p w14:paraId="29FD7F05" w14:textId="1459136A" w:rsidR="00701E1A" w:rsidRDefault="00701E1A" w:rsidP="00701E1A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701E1A">
        <w:rPr>
          <w:rFonts w:ascii="Times New Roman" w:eastAsia="Times New Roman" w:hAnsi="Times New Roman" w:cs="Times New Roman"/>
          <w:lang w:val="it-IT" w:eastAsia="it-IT"/>
        </w:rPr>
        <w:t xml:space="preserve">Allegato 2 (Tabella di valutazione) compilata dal candidato. </w:t>
      </w:r>
    </w:p>
    <w:p w14:paraId="384A9663" w14:textId="20781561" w:rsidR="00AD5C5D" w:rsidRDefault="00AD5C5D" w:rsidP="00AD5C5D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</w:p>
    <w:p w14:paraId="39D8F3AB" w14:textId="5308C142" w:rsidR="00AD5C5D" w:rsidRDefault="00AD5C5D" w:rsidP="00AD5C5D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</w:p>
    <w:p w14:paraId="11EAEE86" w14:textId="7CCD5395" w:rsidR="00AD5C5D" w:rsidRDefault="00AD5C5D" w:rsidP="00AD5C5D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</w:p>
    <w:p w14:paraId="6C0C7137" w14:textId="34602F03" w:rsidR="00AD5C5D" w:rsidRDefault="00AD5C5D" w:rsidP="00AD5C5D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</w:p>
    <w:p w14:paraId="2387F576" w14:textId="77777777" w:rsidR="00AD5C5D" w:rsidRPr="00AD5C5D" w:rsidRDefault="00AD5C5D" w:rsidP="00AD5C5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it-IT" w:eastAsia="it-IT"/>
        </w:rPr>
      </w:pPr>
      <w:r w:rsidRPr="00AD5C5D">
        <w:rPr>
          <w:rFonts w:ascii="Times New Roman" w:eastAsia="Times New Roman" w:hAnsi="Times New Roman" w:cs="Times New Roman"/>
          <w:b/>
          <w:bCs/>
          <w:lang w:val="it-IT" w:eastAsia="it-IT"/>
        </w:rPr>
        <w:t>CONSENSO per il TRATTAMENTO dei DATI PERSONALI</w:t>
      </w:r>
    </w:p>
    <w:p w14:paraId="31E06870" w14:textId="77777777" w:rsidR="00AD5C5D" w:rsidRPr="00AD5C5D" w:rsidRDefault="00AD5C5D" w:rsidP="00AD5C5D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AD5C5D">
        <w:rPr>
          <w:rFonts w:ascii="Times New Roman" w:eastAsia="Times New Roman" w:hAnsi="Times New Roman" w:cs="Times New Roman"/>
          <w:lang w:val="it-IT" w:eastAsia="it-IT"/>
        </w:rPr>
        <w:t xml:space="preserve">Il/la sottoscritto/a _____________________________________________ autorizza al trattamento dei dati personali ai sensi del GDPR / d.lgs. 196/2003 e </w:t>
      </w:r>
      <w:proofErr w:type="spellStart"/>
      <w:r w:rsidRPr="00AD5C5D">
        <w:rPr>
          <w:rFonts w:ascii="Times New Roman" w:eastAsia="Times New Roman" w:hAnsi="Times New Roman" w:cs="Times New Roman"/>
          <w:lang w:val="it-IT" w:eastAsia="it-IT"/>
        </w:rPr>
        <w:t>s.m.i.</w:t>
      </w:r>
      <w:proofErr w:type="spellEnd"/>
    </w:p>
    <w:p w14:paraId="09136FDA" w14:textId="77777777" w:rsidR="00AD5C5D" w:rsidRPr="00AD5C5D" w:rsidRDefault="00AD5C5D" w:rsidP="00AD5C5D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AD5C5D">
        <w:rPr>
          <w:rFonts w:ascii="Times New Roman" w:eastAsia="Times New Roman" w:hAnsi="Times New Roman" w:cs="Times New Roman"/>
          <w:lang w:val="it-IT" w:eastAsia="it-IT"/>
        </w:rPr>
        <w:t>Dichiara inoltre sotto la propria responsabilità:</w:t>
      </w:r>
    </w:p>
    <w:p w14:paraId="49B6A588" w14:textId="77777777" w:rsidR="00AD5C5D" w:rsidRPr="00AD5C5D" w:rsidRDefault="00AD5C5D" w:rsidP="00AD5C5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AD5C5D">
        <w:rPr>
          <w:rFonts w:ascii="Times New Roman" w:eastAsia="Times New Roman" w:hAnsi="Times New Roman" w:cs="Times New Roman"/>
          <w:lang w:val="it-IT" w:eastAsia="it-IT"/>
        </w:rPr>
        <w:t>che la documentazione dichiarata e/o allegata è conforme agli originali, e presentabili qualora fossero richiesti;</w:t>
      </w:r>
    </w:p>
    <w:p w14:paraId="7EF93A1A" w14:textId="77777777" w:rsidR="00AD5C5D" w:rsidRPr="00AD5C5D" w:rsidRDefault="00AD5C5D" w:rsidP="00AD5C5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AD5C5D">
        <w:rPr>
          <w:rFonts w:ascii="Times New Roman" w:eastAsia="Times New Roman" w:hAnsi="Times New Roman" w:cs="Times New Roman"/>
          <w:lang w:val="it-IT" w:eastAsia="it-IT"/>
        </w:rPr>
        <w:lastRenderedPageBreak/>
        <w:t>di prestare il proprio consenso per la comunicazione dei dati ai soggetti indicati nell'informativa, pena l'impossibilità di valutare la presente istanza;</w:t>
      </w:r>
    </w:p>
    <w:p w14:paraId="3A3706A2" w14:textId="77777777" w:rsidR="00AD5C5D" w:rsidRPr="00AD5C5D" w:rsidRDefault="00AD5C5D" w:rsidP="00AD5C5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AD5C5D">
        <w:rPr>
          <w:rFonts w:ascii="Times New Roman" w:eastAsia="Times New Roman" w:hAnsi="Times New Roman" w:cs="Times New Roman"/>
          <w:lang w:val="it-IT" w:eastAsia="it-IT"/>
        </w:rPr>
        <w:t>s’impegna ad assicurare la propria presenza negli incontri e nelle iniziative programmate;</w:t>
      </w:r>
    </w:p>
    <w:p w14:paraId="6C06532F" w14:textId="77777777" w:rsidR="00AD5C5D" w:rsidRPr="00AD5C5D" w:rsidRDefault="00AD5C5D" w:rsidP="00AD5C5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AD5C5D">
        <w:rPr>
          <w:rFonts w:ascii="Times New Roman" w:eastAsia="Times New Roman" w:hAnsi="Times New Roman" w:cs="Times New Roman"/>
          <w:lang w:val="it-IT" w:eastAsia="it-IT"/>
        </w:rPr>
        <w:t>s’impegna a svolgere i compiti richiesti nei tempi stabiliti e a curare la piattaforma dedicata;</w:t>
      </w:r>
    </w:p>
    <w:p w14:paraId="49B22636" w14:textId="77777777" w:rsidR="00AD5C5D" w:rsidRPr="00AD5C5D" w:rsidRDefault="00AD5C5D" w:rsidP="00AD5C5D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 w:rsidRPr="00AD5C5D">
        <w:rPr>
          <w:rFonts w:ascii="Times New Roman" w:eastAsia="Times New Roman" w:hAnsi="Times New Roman" w:cs="Times New Roman"/>
          <w:lang w:val="it-IT" w:eastAsia="it-IT"/>
        </w:rPr>
        <w:t>di essere in possesso dei titoli dichiarati nel Curriculum in formato europeo.</w:t>
      </w:r>
    </w:p>
    <w:p w14:paraId="68F84C72" w14:textId="77777777" w:rsidR="00AD5C5D" w:rsidRDefault="00AD5C5D" w:rsidP="00AD5C5D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</w:p>
    <w:p w14:paraId="0DCB2AAB" w14:textId="46308C15" w:rsidR="00701E1A" w:rsidRDefault="00701E1A" w:rsidP="00701E1A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</w:p>
    <w:p w14:paraId="4F7AD0AD" w14:textId="35A46EE4" w:rsidR="00701E1A" w:rsidRDefault="00701E1A" w:rsidP="00701E1A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</w:p>
    <w:p w14:paraId="003EE5D7" w14:textId="652EDFF5" w:rsidR="00701E1A" w:rsidRPr="00701E1A" w:rsidRDefault="00701E1A" w:rsidP="00701E1A">
      <w:pPr>
        <w:spacing w:after="0" w:line="240" w:lineRule="auto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lang w:val="it-IT" w:eastAsia="it-IT"/>
        </w:rPr>
        <w:t>Data____________________________</w:t>
      </w:r>
      <w:r>
        <w:rPr>
          <w:rFonts w:ascii="Times New Roman" w:eastAsia="Times New Roman" w:hAnsi="Times New Roman" w:cs="Times New Roman"/>
          <w:lang w:val="it-IT" w:eastAsia="it-IT"/>
        </w:rPr>
        <w:tab/>
      </w:r>
      <w:r>
        <w:rPr>
          <w:rFonts w:ascii="Times New Roman" w:eastAsia="Times New Roman" w:hAnsi="Times New Roman" w:cs="Times New Roman"/>
          <w:lang w:val="it-IT" w:eastAsia="it-IT"/>
        </w:rPr>
        <w:tab/>
      </w:r>
      <w:r>
        <w:rPr>
          <w:rFonts w:ascii="Times New Roman" w:eastAsia="Times New Roman" w:hAnsi="Times New Roman" w:cs="Times New Roman"/>
          <w:lang w:val="it-IT" w:eastAsia="it-IT"/>
        </w:rPr>
        <w:tab/>
      </w:r>
      <w:r>
        <w:rPr>
          <w:rFonts w:ascii="Times New Roman" w:eastAsia="Times New Roman" w:hAnsi="Times New Roman" w:cs="Times New Roman"/>
          <w:lang w:val="it-IT" w:eastAsia="it-IT"/>
        </w:rPr>
        <w:tab/>
        <w:t>Firma_________________________</w:t>
      </w:r>
    </w:p>
    <w:p w14:paraId="16484336" w14:textId="77777777" w:rsidR="00AF1AC5" w:rsidRDefault="00AF1AC5" w:rsidP="003478F8">
      <w:pPr>
        <w:spacing w:after="0" w:line="240" w:lineRule="auto"/>
        <w:ind w:left="708" w:right="20"/>
        <w:jc w:val="right"/>
      </w:pPr>
    </w:p>
    <w:sectPr w:rsidR="00AF1AC5" w:rsidSect="00701E1A">
      <w:pgSz w:w="12240" w:h="15840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36C0247"/>
    <w:multiLevelType w:val="multilevel"/>
    <w:tmpl w:val="3D24F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42C3717"/>
    <w:multiLevelType w:val="multilevel"/>
    <w:tmpl w:val="4682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FC64BFE"/>
    <w:multiLevelType w:val="multilevel"/>
    <w:tmpl w:val="1E7E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867C81"/>
    <w:multiLevelType w:val="multilevel"/>
    <w:tmpl w:val="5FAC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8A0361"/>
    <w:multiLevelType w:val="multilevel"/>
    <w:tmpl w:val="C1A45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8035A8"/>
    <w:multiLevelType w:val="multilevel"/>
    <w:tmpl w:val="685A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27528F"/>
    <w:multiLevelType w:val="multilevel"/>
    <w:tmpl w:val="07F0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0AE4E3B"/>
    <w:multiLevelType w:val="multilevel"/>
    <w:tmpl w:val="D2E0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D90883"/>
    <w:multiLevelType w:val="multilevel"/>
    <w:tmpl w:val="6260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15"/>
  </w:num>
  <w:num w:numId="12">
    <w:abstractNumId w:val="16"/>
  </w:num>
  <w:num w:numId="13">
    <w:abstractNumId w:val="12"/>
  </w:num>
  <w:num w:numId="14">
    <w:abstractNumId w:val="9"/>
  </w:num>
  <w:num w:numId="15">
    <w:abstractNumId w:val="10"/>
  </w:num>
  <w:num w:numId="16">
    <w:abstractNumId w:val="14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78F8"/>
    <w:rsid w:val="00394D49"/>
    <w:rsid w:val="004A0870"/>
    <w:rsid w:val="00701E1A"/>
    <w:rsid w:val="009E615D"/>
    <w:rsid w:val="00AA1D8D"/>
    <w:rsid w:val="00AD5C5D"/>
    <w:rsid w:val="00AF1AC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F6D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rsid w:val="00AF1AC5"/>
    <w:rPr>
      <w:color w:val="0000FF"/>
      <w:u w:val="single"/>
    </w:rPr>
  </w:style>
  <w:style w:type="paragraph" w:customStyle="1" w:styleId="western">
    <w:name w:val="western"/>
    <w:basedOn w:val="Normale"/>
    <w:rsid w:val="00AF1AC5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0"/>
      <w:szCs w:val="20"/>
      <w:lang w:val="it-IT" w:eastAsia="it-IT"/>
    </w:rPr>
  </w:style>
  <w:style w:type="character" w:customStyle="1" w:styleId="Bodytext2">
    <w:name w:val="Body text (2)_"/>
    <w:basedOn w:val="Carpredefinitoparagrafo"/>
    <w:link w:val="Bodytext20"/>
    <w:rsid w:val="003478F8"/>
    <w:rPr>
      <w:rFonts w:ascii="Arial" w:eastAsia="Arial" w:hAnsi="Arial" w:cs="Arial"/>
      <w:b/>
      <w:bCs/>
      <w:color w:val="2C3E50"/>
      <w:sz w:val="18"/>
      <w:szCs w:val="18"/>
      <w:shd w:val="clear" w:color="auto" w:fill="FFFFFF"/>
    </w:rPr>
  </w:style>
  <w:style w:type="character" w:customStyle="1" w:styleId="Other">
    <w:name w:val="Other_"/>
    <w:basedOn w:val="Carpredefinitoparagrafo"/>
    <w:link w:val="Other0"/>
    <w:rsid w:val="003478F8"/>
    <w:rPr>
      <w:rFonts w:ascii="Arial" w:eastAsia="Arial" w:hAnsi="Arial" w:cs="Arial"/>
      <w:color w:val="2C3E50"/>
      <w:sz w:val="19"/>
      <w:szCs w:val="19"/>
      <w:shd w:val="clear" w:color="auto" w:fill="FFFFFF"/>
    </w:rPr>
  </w:style>
  <w:style w:type="character" w:customStyle="1" w:styleId="Tablecaption">
    <w:name w:val="Table caption_"/>
    <w:basedOn w:val="Carpredefinitoparagrafo"/>
    <w:link w:val="Tablecaption0"/>
    <w:rsid w:val="003478F8"/>
    <w:rPr>
      <w:rFonts w:ascii="Arial" w:eastAsia="Arial" w:hAnsi="Arial" w:cs="Arial"/>
      <w:b/>
      <w:bCs/>
      <w:color w:val="1A365D"/>
      <w:sz w:val="20"/>
      <w:szCs w:val="20"/>
      <w:shd w:val="clear" w:color="auto" w:fill="FFFFFF"/>
    </w:rPr>
  </w:style>
  <w:style w:type="character" w:customStyle="1" w:styleId="Heading1">
    <w:name w:val="Heading #1_"/>
    <w:basedOn w:val="Carpredefinitoparagrafo"/>
    <w:link w:val="Heading10"/>
    <w:rsid w:val="003478F8"/>
    <w:rPr>
      <w:rFonts w:ascii="Arial" w:eastAsia="Arial" w:hAnsi="Arial" w:cs="Arial"/>
      <w:b/>
      <w:bCs/>
      <w:color w:val="1A365D"/>
      <w:sz w:val="20"/>
      <w:szCs w:val="20"/>
      <w:shd w:val="clear" w:color="auto" w:fill="FFFFFF"/>
    </w:rPr>
  </w:style>
  <w:style w:type="character" w:customStyle="1" w:styleId="Bodytext3">
    <w:name w:val="Body text (3)_"/>
    <w:basedOn w:val="Carpredefinitoparagrafo"/>
    <w:link w:val="Bodytext30"/>
    <w:rsid w:val="003478F8"/>
    <w:rPr>
      <w:rFonts w:ascii="Arial" w:eastAsia="Arial" w:hAnsi="Arial" w:cs="Arial"/>
      <w:i/>
      <w:iCs/>
      <w:color w:val="2C3E50"/>
      <w:sz w:val="16"/>
      <w:szCs w:val="16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3478F8"/>
    <w:pPr>
      <w:widowControl w:val="0"/>
      <w:shd w:val="clear" w:color="auto" w:fill="FFFFFF"/>
      <w:spacing w:after="110" w:line="240" w:lineRule="auto"/>
    </w:pPr>
    <w:rPr>
      <w:rFonts w:ascii="Arial" w:eastAsia="Arial" w:hAnsi="Arial" w:cs="Arial"/>
      <w:b/>
      <w:bCs/>
      <w:color w:val="2C3E50"/>
      <w:sz w:val="18"/>
      <w:szCs w:val="18"/>
    </w:rPr>
  </w:style>
  <w:style w:type="paragraph" w:customStyle="1" w:styleId="Other0">
    <w:name w:val="Other"/>
    <w:basedOn w:val="Normale"/>
    <w:link w:val="Other"/>
    <w:rsid w:val="003478F8"/>
    <w:pPr>
      <w:widowControl w:val="0"/>
      <w:shd w:val="clear" w:color="auto" w:fill="FFFFFF"/>
      <w:spacing w:after="80" w:line="305" w:lineRule="auto"/>
    </w:pPr>
    <w:rPr>
      <w:rFonts w:ascii="Arial" w:eastAsia="Arial" w:hAnsi="Arial" w:cs="Arial"/>
      <w:color w:val="2C3E50"/>
      <w:sz w:val="19"/>
      <w:szCs w:val="19"/>
    </w:rPr>
  </w:style>
  <w:style w:type="paragraph" w:customStyle="1" w:styleId="Tablecaption0">
    <w:name w:val="Table caption"/>
    <w:basedOn w:val="Normale"/>
    <w:link w:val="Tablecaption"/>
    <w:rsid w:val="003478F8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b/>
      <w:bCs/>
      <w:color w:val="1A365D"/>
      <w:sz w:val="20"/>
      <w:szCs w:val="20"/>
    </w:rPr>
  </w:style>
  <w:style w:type="paragraph" w:customStyle="1" w:styleId="Heading10">
    <w:name w:val="Heading #1"/>
    <w:basedOn w:val="Normale"/>
    <w:link w:val="Heading1"/>
    <w:rsid w:val="003478F8"/>
    <w:pPr>
      <w:widowControl w:val="0"/>
      <w:shd w:val="clear" w:color="auto" w:fill="FFFFFF"/>
      <w:spacing w:after="220" w:line="240" w:lineRule="auto"/>
      <w:outlineLvl w:val="0"/>
    </w:pPr>
    <w:rPr>
      <w:rFonts w:ascii="Arial" w:eastAsia="Arial" w:hAnsi="Arial" w:cs="Arial"/>
      <w:b/>
      <w:bCs/>
      <w:color w:val="1A365D"/>
      <w:sz w:val="20"/>
      <w:szCs w:val="20"/>
    </w:rPr>
  </w:style>
  <w:style w:type="paragraph" w:customStyle="1" w:styleId="Bodytext30">
    <w:name w:val="Body text (3)"/>
    <w:basedOn w:val="Normale"/>
    <w:link w:val="Bodytext3"/>
    <w:rsid w:val="003478F8"/>
    <w:pPr>
      <w:widowControl w:val="0"/>
      <w:shd w:val="clear" w:color="auto" w:fill="FFFFFF"/>
      <w:spacing w:after="220" w:line="341" w:lineRule="auto"/>
      <w:jc w:val="center"/>
    </w:pPr>
    <w:rPr>
      <w:rFonts w:ascii="Arial" w:eastAsia="Arial" w:hAnsi="Arial" w:cs="Arial"/>
      <w:i/>
      <w:iCs/>
      <w:color w:val="2C3E5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rsid w:val="00AF1AC5"/>
    <w:rPr>
      <w:color w:val="0000FF"/>
      <w:u w:val="single"/>
    </w:rPr>
  </w:style>
  <w:style w:type="paragraph" w:customStyle="1" w:styleId="western">
    <w:name w:val="western"/>
    <w:basedOn w:val="Normale"/>
    <w:rsid w:val="00AF1AC5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0"/>
      <w:szCs w:val="20"/>
      <w:lang w:val="it-IT" w:eastAsia="it-IT"/>
    </w:rPr>
  </w:style>
  <w:style w:type="character" w:customStyle="1" w:styleId="Bodytext2">
    <w:name w:val="Body text (2)_"/>
    <w:basedOn w:val="Carpredefinitoparagrafo"/>
    <w:link w:val="Bodytext20"/>
    <w:rsid w:val="003478F8"/>
    <w:rPr>
      <w:rFonts w:ascii="Arial" w:eastAsia="Arial" w:hAnsi="Arial" w:cs="Arial"/>
      <w:b/>
      <w:bCs/>
      <w:color w:val="2C3E50"/>
      <w:sz w:val="18"/>
      <w:szCs w:val="18"/>
      <w:shd w:val="clear" w:color="auto" w:fill="FFFFFF"/>
    </w:rPr>
  </w:style>
  <w:style w:type="character" w:customStyle="1" w:styleId="Other">
    <w:name w:val="Other_"/>
    <w:basedOn w:val="Carpredefinitoparagrafo"/>
    <w:link w:val="Other0"/>
    <w:rsid w:val="003478F8"/>
    <w:rPr>
      <w:rFonts w:ascii="Arial" w:eastAsia="Arial" w:hAnsi="Arial" w:cs="Arial"/>
      <w:color w:val="2C3E50"/>
      <w:sz w:val="19"/>
      <w:szCs w:val="19"/>
      <w:shd w:val="clear" w:color="auto" w:fill="FFFFFF"/>
    </w:rPr>
  </w:style>
  <w:style w:type="character" w:customStyle="1" w:styleId="Tablecaption">
    <w:name w:val="Table caption_"/>
    <w:basedOn w:val="Carpredefinitoparagrafo"/>
    <w:link w:val="Tablecaption0"/>
    <w:rsid w:val="003478F8"/>
    <w:rPr>
      <w:rFonts w:ascii="Arial" w:eastAsia="Arial" w:hAnsi="Arial" w:cs="Arial"/>
      <w:b/>
      <w:bCs/>
      <w:color w:val="1A365D"/>
      <w:sz w:val="20"/>
      <w:szCs w:val="20"/>
      <w:shd w:val="clear" w:color="auto" w:fill="FFFFFF"/>
    </w:rPr>
  </w:style>
  <w:style w:type="character" w:customStyle="1" w:styleId="Heading1">
    <w:name w:val="Heading #1_"/>
    <w:basedOn w:val="Carpredefinitoparagrafo"/>
    <w:link w:val="Heading10"/>
    <w:rsid w:val="003478F8"/>
    <w:rPr>
      <w:rFonts w:ascii="Arial" w:eastAsia="Arial" w:hAnsi="Arial" w:cs="Arial"/>
      <w:b/>
      <w:bCs/>
      <w:color w:val="1A365D"/>
      <w:sz w:val="20"/>
      <w:szCs w:val="20"/>
      <w:shd w:val="clear" w:color="auto" w:fill="FFFFFF"/>
    </w:rPr>
  </w:style>
  <w:style w:type="character" w:customStyle="1" w:styleId="Bodytext3">
    <w:name w:val="Body text (3)_"/>
    <w:basedOn w:val="Carpredefinitoparagrafo"/>
    <w:link w:val="Bodytext30"/>
    <w:rsid w:val="003478F8"/>
    <w:rPr>
      <w:rFonts w:ascii="Arial" w:eastAsia="Arial" w:hAnsi="Arial" w:cs="Arial"/>
      <w:i/>
      <w:iCs/>
      <w:color w:val="2C3E50"/>
      <w:sz w:val="16"/>
      <w:szCs w:val="16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3478F8"/>
    <w:pPr>
      <w:widowControl w:val="0"/>
      <w:shd w:val="clear" w:color="auto" w:fill="FFFFFF"/>
      <w:spacing w:after="110" w:line="240" w:lineRule="auto"/>
    </w:pPr>
    <w:rPr>
      <w:rFonts w:ascii="Arial" w:eastAsia="Arial" w:hAnsi="Arial" w:cs="Arial"/>
      <w:b/>
      <w:bCs/>
      <w:color w:val="2C3E50"/>
      <w:sz w:val="18"/>
      <w:szCs w:val="18"/>
    </w:rPr>
  </w:style>
  <w:style w:type="paragraph" w:customStyle="1" w:styleId="Other0">
    <w:name w:val="Other"/>
    <w:basedOn w:val="Normale"/>
    <w:link w:val="Other"/>
    <w:rsid w:val="003478F8"/>
    <w:pPr>
      <w:widowControl w:val="0"/>
      <w:shd w:val="clear" w:color="auto" w:fill="FFFFFF"/>
      <w:spacing w:after="80" w:line="305" w:lineRule="auto"/>
    </w:pPr>
    <w:rPr>
      <w:rFonts w:ascii="Arial" w:eastAsia="Arial" w:hAnsi="Arial" w:cs="Arial"/>
      <w:color w:val="2C3E50"/>
      <w:sz w:val="19"/>
      <w:szCs w:val="19"/>
    </w:rPr>
  </w:style>
  <w:style w:type="paragraph" w:customStyle="1" w:styleId="Tablecaption0">
    <w:name w:val="Table caption"/>
    <w:basedOn w:val="Normale"/>
    <w:link w:val="Tablecaption"/>
    <w:rsid w:val="003478F8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b/>
      <w:bCs/>
      <w:color w:val="1A365D"/>
      <w:sz w:val="20"/>
      <w:szCs w:val="20"/>
    </w:rPr>
  </w:style>
  <w:style w:type="paragraph" w:customStyle="1" w:styleId="Heading10">
    <w:name w:val="Heading #1"/>
    <w:basedOn w:val="Normale"/>
    <w:link w:val="Heading1"/>
    <w:rsid w:val="003478F8"/>
    <w:pPr>
      <w:widowControl w:val="0"/>
      <w:shd w:val="clear" w:color="auto" w:fill="FFFFFF"/>
      <w:spacing w:after="220" w:line="240" w:lineRule="auto"/>
      <w:outlineLvl w:val="0"/>
    </w:pPr>
    <w:rPr>
      <w:rFonts w:ascii="Arial" w:eastAsia="Arial" w:hAnsi="Arial" w:cs="Arial"/>
      <w:b/>
      <w:bCs/>
      <w:color w:val="1A365D"/>
      <w:sz w:val="20"/>
      <w:szCs w:val="20"/>
    </w:rPr>
  </w:style>
  <w:style w:type="paragraph" w:customStyle="1" w:styleId="Bodytext30">
    <w:name w:val="Body text (3)"/>
    <w:basedOn w:val="Normale"/>
    <w:link w:val="Bodytext3"/>
    <w:rsid w:val="003478F8"/>
    <w:pPr>
      <w:widowControl w:val="0"/>
      <w:shd w:val="clear" w:color="auto" w:fill="FFFFFF"/>
      <w:spacing w:after="220" w:line="341" w:lineRule="auto"/>
      <w:jc w:val="center"/>
    </w:pPr>
    <w:rPr>
      <w:rFonts w:ascii="Arial" w:eastAsia="Arial" w:hAnsi="Arial" w:cs="Arial"/>
      <w:i/>
      <w:iCs/>
      <w:color w:val="2C3E5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85DA30-55F7-44CB-81FE-84001F6AF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Roberto Ferraro</cp:lastModifiedBy>
  <cp:revision>4</cp:revision>
  <dcterms:created xsi:type="dcterms:W3CDTF">2026-09-02T06:32:00Z</dcterms:created>
  <dcterms:modified xsi:type="dcterms:W3CDTF">2026-10-07T14:06:00Z</dcterms:modified>
  <cp:category/>
</cp:coreProperties>
</file>